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9C951" w14:textId="77777777" w:rsidR="00185DA6" w:rsidRDefault="00FC73C0">
      <w:pPr>
        <w:jc w:val="center"/>
      </w:pPr>
      <w:r>
        <w:rPr>
          <w:b/>
          <w:sz w:val="30"/>
        </w:rPr>
        <w:t>HOUSING AND RECONSTRUCTION UNIT – IFRAP</w:t>
      </w:r>
    </w:p>
    <w:p w14:paraId="438CEE69" w14:textId="77777777" w:rsidR="00185DA6" w:rsidRDefault="00FC73C0">
      <w:pPr>
        <w:jc w:val="center"/>
      </w:pPr>
      <w:r>
        <w:rPr>
          <w:b/>
          <w:sz w:val="26"/>
        </w:rPr>
        <w:t>REQUEST FOR QUOTATIONS (RFQ)</w:t>
      </w:r>
    </w:p>
    <w:p w14:paraId="10A2FEA6" w14:textId="77777777" w:rsidR="00185DA6" w:rsidRDefault="00FC73C0">
      <w:pPr>
        <w:jc w:val="center"/>
      </w:pPr>
      <w:r>
        <w:rPr>
          <w:b/>
        </w:rPr>
        <w:t>Stationery and Printing / Reprographic Materials</w:t>
      </w:r>
    </w:p>
    <w:tbl>
      <w:tblPr>
        <w:tblStyle w:val="TableGrid"/>
        <w:tblW w:w="0" w:type="auto"/>
        <w:jc w:val="center"/>
        <w:tblLook w:val="04A0" w:firstRow="1" w:lastRow="0" w:firstColumn="1" w:lastColumn="0" w:noHBand="0" w:noVBand="1"/>
      </w:tblPr>
      <w:tblGrid>
        <w:gridCol w:w="5323"/>
        <w:gridCol w:w="5323"/>
      </w:tblGrid>
      <w:tr w:rsidR="00185DA6" w14:paraId="705D936D" w14:textId="77777777" w:rsidTr="005A249E">
        <w:trPr>
          <w:jc w:val="center"/>
        </w:trPr>
        <w:tc>
          <w:tcPr>
            <w:tcW w:w="5328" w:type="dxa"/>
            <w:vAlign w:val="center"/>
          </w:tcPr>
          <w:p w14:paraId="580FEB3D" w14:textId="77777777" w:rsidR="00185DA6" w:rsidRDefault="00FC73C0">
            <w:pPr>
              <w:jc w:val="center"/>
            </w:pPr>
            <w:r>
              <w:rPr>
                <w:b/>
                <w:sz w:val="18"/>
              </w:rPr>
              <w:t>Project</w:t>
            </w:r>
          </w:p>
        </w:tc>
        <w:tc>
          <w:tcPr>
            <w:tcW w:w="5328" w:type="dxa"/>
            <w:vAlign w:val="center"/>
          </w:tcPr>
          <w:p w14:paraId="75C06131" w14:textId="6DB43945" w:rsidR="00185DA6" w:rsidRDefault="000C48F1">
            <w:pPr>
              <w:jc w:val="center"/>
            </w:pPr>
            <w:r>
              <w:rPr>
                <w:sz w:val="18"/>
              </w:rPr>
              <w:t>Housing and Reconstruction Unit-</w:t>
            </w:r>
            <w:r w:rsidR="00FC73C0">
              <w:rPr>
                <w:sz w:val="18"/>
              </w:rPr>
              <w:t>IFRAP</w:t>
            </w:r>
          </w:p>
        </w:tc>
      </w:tr>
      <w:tr w:rsidR="00185DA6" w14:paraId="178A0C04" w14:textId="77777777" w:rsidTr="005A249E">
        <w:trPr>
          <w:jc w:val="center"/>
        </w:trPr>
        <w:tc>
          <w:tcPr>
            <w:tcW w:w="5328" w:type="dxa"/>
            <w:vAlign w:val="center"/>
          </w:tcPr>
          <w:p w14:paraId="50EDBBE6" w14:textId="77777777" w:rsidR="00185DA6" w:rsidRDefault="00FC73C0">
            <w:pPr>
              <w:jc w:val="center"/>
            </w:pPr>
            <w:r>
              <w:rPr>
                <w:b/>
                <w:sz w:val="18"/>
              </w:rPr>
              <w:t>Credit No.</w:t>
            </w:r>
          </w:p>
        </w:tc>
        <w:tc>
          <w:tcPr>
            <w:tcW w:w="5328" w:type="dxa"/>
            <w:vAlign w:val="center"/>
          </w:tcPr>
          <w:p w14:paraId="4B4E57C5" w14:textId="77777777" w:rsidR="00185DA6" w:rsidRDefault="00FC73C0">
            <w:pPr>
              <w:jc w:val="center"/>
            </w:pPr>
            <w:r>
              <w:rPr>
                <w:sz w:val="18"/>
              </w:rPr>
              <w:t>7333-PK</w:t>
            </w:r>
          </w:p>
        </w:tc>
      </w:tr>
      <w:tr w:rsidR="00185DA6" w14:paraId="6245FF48" w14:textId="77777777" w:rsidTr="005A249E">
        <w:trPr>
          <w:jc w:val="center"/>
        </w:trPr>
        <w:tc>
          <w:tcPr>
            <w:tcW w:w="5328" w:type="dxa"/>
            <w:vAlign w:val="center"/>
          </w:tcPr>
          <w:p w14:paraId="25FBBB10" w14:textId="77777777" w:rsidR="00185DA6" w:rsidRDefault="00FC73C0">
            <w:pPr>
              <w:jc w:val="center"/>
            </w:pPr>
            <w:r>
              <w:rPr>
                <w:b/>
                <w:sz w:val="18"/>
              </w:rPr>
              <w:t>Project ID</w:t>
            </w:r>
          </w:p>
        </w:tc>
        <w:tc>
          <w:tcPr>
            <w:tcW w:w="5328" w:type="dxa"/>
            <w:vAlign w:val="center"/>
          </w:tcPr>
          <w:p w14:paraId="454424D6" w14:textId="77777777" w:rsidR="00185DA6" w:rsidRDefault="00FC73C0">
            <w:pPr>
              <w:jc w:val="center"/>
            </w:pPr>
            <w:r>
              <w:rPr>
                <w:sz w:val="18"/>
              </w:rPr>
              <w:t>P180323</w:t>
            </w:r>
          </w:p>
        </w:tc>
      </w:tr>
      <w:tr w:rsidR="00185DA6" w14:paraId="07D560B4" w14:textId="77777777" w:rsidTr="005A249E">
        <w:trPr>
          <w:jc w:val="center"/>
        </w:trPr>
        <w:tc>
          <w:tcPr>
            <w:tcW w:w="5328" w:type="dxa"/>
            <w:vAlign w:val="center"/>
          </w:tcPr>
          <w:p w14:paraId="325F4952" w14:textId="77777777" w:rsidR="00185DA6" w:rsidRDefault="00FC73C0">
            <w:pPr>
              <w:jc w:val="center"/>
            </w:pPr>
            <w:r>
              <w:rPr>
                <w:b/>
                <w:sz w:val="18"/>
              </w:rPr>
              <w:t>RFQ Date</w:t>
            </w:r>
          </w:p>
        </w:tc>
        <w:tc>
          <w:tcPr>
            <w:tcW w:w="5328" w:type="dxa"/>
            <w:vAlign w:val="center"/>
          </w:tcPr>
          <w:p w14:paraId="0C8C924E" w14:textId="77777777" w:rsidR="00185DA6" w:rsidRDefault="00FC73C0">
            <w:pPr>
              <w:jc w:val="center"/>
            </w:pPr>
            <w:r>
              <w:rPr>
                <w:sz w:val="18"/>
              </w:rPr>
              <w:t>04 August 2026</w:t>
            </w:r>
          </w:p>
        </w:tc>
      </w:tr>
      <w:tr w:rsidR="00185DA6" w14:paraId="3C680D2E" w14:textId="77777777" w:rsidTr="005A249E">
        <w:trPr>
          <w:jc w:val="center"/>
        </w:trPr>
        <w:tc>
          <w:tcPr>
            <w:tcW w:w="5328" w:type="dxa"/>
            <w:vAlign w:val="center"/>
          </w:tcPr>
          <w:p w14:paraId="1FEB8CDE" w14:textId="77777777" w:rsidR="00185DA6" w:rsidRDefault="00FC73C0">
            <w:pPr>
              <w:jc w:val="center"/>
            </w:pPr>
            <w:r>
              <w:rPr>
                <w:b/>
                <w:sz w:val="18"/>
              </w:rPr>
              <w:t>Quotation Closing Date</w:t>
            </w:r>
          </w:p>
        </w:tc>
        <w:tc>
          <w:tcPr>
            <w:tcW w:w="5328" w:type="dxa"/>
            <w:vAlign w:val="center"/>
          </w:tcPr>
          <w:p w14:paraId="2A87F252" w14:textId="77777777" w:rsidR="00185DA6" w:rsidRDefault="00FC73C0">
            <w:pPr>
              <w:jc w:val="center"/>
            </w:pPr>
            <w:r>
              <w:rPr>
                <w:sz w:val="18"/>
              </w:rPr>
              <w:t>19 August 2026 at 03:00 PM (Pakistan Standard Time)</w:t>
            </w:r>
          </w:p>
        </w:tc>
      </w:tr>
    </w:tbl>
    <w:p w14:paraId="7ECE6BEF" w14:textId="77777777" w:rsidR="00185DA6" w:rsidRDefault="00185DA6"/>
    <w:p w14:paraId="500FA1F0" w14:textId="77777777" w:rsidR="00185DA6" w:rsidRDefault="00FC73C0">
      <w:r>
        <w:rPr>
          <w:b/>
        </w:rPr>
        <w:t>INVITATION TO QUOTE</w:t>
      </w:r>
    </w:p>
    <w:p w14:paraId="02C4669B" w14:textId="77777777" w:rsidR="00185DA6" w:rsidRDefault="00FC73C0">
      <w:pPr>
        <w:spacing w:after="120" w:line="252" w:lineRule="auto"/>
      </w:pPr>
      <w:r>
        <w:t>Sealed quotations are invited from eligible and qualified firms/suppliers for the supply and delivery of Stationery and Printing / Reprographic Materials for the Housing and Reconstruction Unit–IFRAP under Credit No. 7333-PK, Project ID P180323.</w:t>
      </w:r>
    </w:p>
    <w:p w14:paraId="43A109CC" w14:textId="77777777" w:rsidR="00185DA6" w:rsidRDefault="00FC73C0">
      <w:pPr>
        <w:spacing w:after="120" w:line="252" w:lineRule="auto"/>
      </w:pPr>
      <w:r>
        <w:t>This RFQ is issued under the World Bank Procurement Regulations for IPF Borrowers (Seventh Edition, September 2025), Annex XII, Section 5 (Requests for Quotations), and the applicable project Procurement Plan / Legal Agreement. The procurement shall be conducted in accordance with the World Bank’s core procurement principles of value for money, economy, integrity, fit for purpose, efficiency, transparency and fairness.</w:t>
      </w:r>
    </w:p>
    <w:p w14:paraId="1401A783" w14:textId="77777777" w:rsidR="00185DA6" w:rsidRDefault="00FC73C0">
      <w:pPr>
        <w:spacing w:after="120" w:line="252" w:lineRule="auto"/>
      </w:pPr>
      <w:r>
        <w:t>Quotations shall be submitted in a sealed envelope clearly marked “RFQ – Stationery and Printing / Reprographic Materials – IFRAP – Credit No. 7333-PK – Project ID P180323” and delivered to the address stated below no later than the closing date and time. The Borrower normally seeks quotations from not fewer than three firms, consistent with the World Bank Regulations.</w:t>
      </w:r>
    </w:p>
    <w:p w14:paraId="1E841340" w14:textId="77777777" w:rsidR="00185DA6" w:rsidRDefault="00FC73C0">
      <w:r>
        <w:rPr>
          <w:b/>
        </w:rPr>
        <w:t>SUBMISSION / DELIVERY ADDRESS</w:t>
      </w:r>
    </w:p>
    <w:p w14:paraId="4BE33CBD" w14:textId="05211F1D" w:rsidR="00185DA6" w:rsidRDefault="000C48F1">
      <w:proofErr w:type="gramStart"/>
      <w:r>
        <w:t>57,A</w:t>
      </w:r>
      <w:proofErr w:type="gramEnd"/>
      <w:r>
        <w:t xml:space="preserve"> Chaman Housing Scheme Airport Road (</w:t>
      </w:r>
      <w:r w:rsidR="00FC73C0">
        <w:t>Housing and Reconstruction Unit – IFRAP</w:t>
      </w:r>
      <w:r>
        <w:t xml:space="preserve"> Office). </w:t>
      </w:r>
    </w:p>
    <w:p w14:paraId="679E0B3B" w14:textId="77777777" w:rsidR="00185DA6" w:rsidRDefault="00FC73C0">
      <w:r>
        <w:t>Quetta, Balochistan, Pakistan</w:t>
      </w:r>
    </w:p>
    <w:p w14:paraId="3521B7D7" w14:textId="0921975C" w:rsidR="00185DA6" w:rsidRDefault="00FC73C0">
      <w:r>
        <w:t>Attention: Procurement Committee / A</w:t>
      </w:r>
      <w:r w:rsidR="000C48F1">
        <w:t xml:space="preserve">dmin and HR officer. </w:t>
      </w:r>
    </w:p>
    <w:p w14:paraId="6996920A" w14:textId="405B366A" w:rsidR="00185DA6" w:rsidRDefault="00FC73C0">
      <w:r>
        <w:t xml:space="preserve">Telephone / Email: </w:t>
      </w:r>
      <w:r w:rsidRPr="000C48F1">
        <w:rPr>
          <w:u w:val="single"/>
        </w:rPr>
        <w:t>__</w:t>
      </w:r>
      <w:r w:rsidR="000C48F1" w:rsidRPr="000C48F1">
        <w:rPr>
          <w:u w:val="single"/>
        </w:rPr>
        <w:t>081-2081372</w:t>
      </w:r>
    </w:p>
    <w:p w14:paraId="506D68CB" w14:textId="77777777" w:rsidR="00185DA6" w:rsidRDefault="00FC73C0">
      <w:r>
        <w:rPr>
          <w:b/>
        </w:rPr>
        <w:t>INSTRUCTIONS TO SUPPLIERS</w:t>
      </w:r>
    </w:p>
    <w:p w14:paraId="105A0173" w14:textId="77777777" w:rsidR="00185DA6" w:rsidRDefault="00FC73C0">
      <w:pPr>
        <w:spacing w:after="80" w:line="240" w:lineRule="auto"/>
      </w:pPr>
      <w:r>
        <w:t>1. The quotation shall be prepared on the Supplier’s letterhead, signed and stamped by an authorized representative.</w:t>
      </w:r>
    </w:p>
    <w:p w14:paraId="67F65A1D" w14:textId="77777777" w:rsidR="00185DA6" w:rsidRDefault="00FC73C0">
      <w:pPr>
        <w:spacing w:after="80" w:line="240" w:lineRule="auto"/>
      </w:pPr>
      <w:r>
        <w:t>2. The Supplier shall quote for the required items against the quantities and descriptions in the Schedule. Partial quotation may be rejected unless the Procuring Unit expressly permits it in writing.</w:t>
      </w:r>
    </w:p>
    <w:p w14:paraId="70EBF35B" w14:textId="77777777" w:rsidR="00185DA6" w:rsidRDefault="00FC73C0">
      <w:pPr>
        <w:spacing w:after="80" w:line="240" w:lineRule="auto"/>
      </w:pPr>
      <w:r>
        <w:t>3. Prices shall be quoted in Pakistani Rupees (PKR) and shall state unit price and total price for each item. The quoted price shall include all applicable taxes, duties, packing, handling, loading/unloading and delivery costs to the specified delivery location.</w:t>
      </w:r>
    </w:p>
    <w:p w14:paraId="26E3EEAF" w14:textId="77777777" w:rsidR="00185DA6" w:rsidRDefault="00FC73C0">
      <w:pPr>
        <w:spacing w:after="80" w:line="240" w:lineRule="auto"/>
      </w:pPr>
      <w:r>
        <w:t>4. The quotation shall remain valid for at least 30 calendar days from the quotation closing date, unless a different validity period is stated in the Supplier’s quotation and accepted by the Procuring Unit.</w:t>
      </w:r>
    </w:p>
    <w:p w14:paraId="11487689" w14:textId="6C5EC33E" w:rsidR="00185DA6" w:rsidRDefault="00FC73C0">
      <w:pPr>
        <w:spacing w:after="80" w:line="240" w:lineRule="auto"/>
      </w:pPr>
      <w:r>
        <w:t>5. Delivery shall be completed within ___</w:t>
      </w:r>
      <w:proofErr w:type="gramStart"/>
      <w:r w:rsidR="000C48F1">
        <w:t>10</w:t>
      </w:r>
      <w:r>
        <w:t>__</w:t>
      </w:r>
      <w:proofErr w:type="gramEnd"/>
      <w:r>
        <w:t>_ calendar days from the date of Purchase Order / Contract. The Supplier shall state its proposed delivery period in the quotation.</w:t>
      </w:r>
    </w:p>
    <w:p w14:paraId="23F819C6" w14:textId="77777777" w:rsidR="00185DA6" w:rsidRDefault="00FC73C0">
      <w:pPr>
        <w:spacing w:after="80" w:line="240" w:lineRule="auto"/>
      </w:pPr>
      <w:r>
        <w:t>6. Goods shall be new, unused and of the specified/acceptable quality. Where a brand/model is referenced in the schedule, an equivalent may be offered only where it meets or exceeds the stated requirement and is acceptable to the Procuring Unit.</w:t>
      </w:r>
    </w:p>
    <w:p w14:paraId="000176A8" w14:textId="77777777" w:rsidR="00185DA6" w:rsidRDefault="00FC73C0">
      <w:pPr>
        <w:spacing w:after="80" w:line="240" w:lineRule="auto"/>
      </w:pPr>
      <w:r>
        <w:lastRenderedPageBreak/>
        <w:t>7. Evaluation will be based on responsiveness to the RFQ requirements and the lowest evaluated substantially responsive quotation, subject to satisfactory verification of eligibility, capacity and compliance with specifications. The Procuring Unit may reject any quotation that is non-responsive.</w:t>
      </w:r>
    </w:p>
    <w:p w14:paraId="5331C793" w14:textId="77777777" w:rsidR="00185DA6" w:rsidRDefault="00FC73C0">
      <w:pPr>
        <w:spacing w:after="80" w:line="240" w:lineRule="auto"/>
      </w:pPr>
      <w:r>
        <w:t>8. The Procuring Unit may request clarifications in writing where necessary; no clarification shall change the substance or price of a quotation after the closing deadline.</w:t>
      </w:r>
    </w:p>
    <w:p w14:paraId="37C22341" w14:textId="77777777" w:rsidR="00185DA6" w:rsidRDefault="00FC73C0">
      <w:pPr>
        <w:spacing w:after="80" w:line="240" w:lineRule="auto"/>
      </w:pPr>
      <w:r>
        <w:t>9. The selected Supplier shall enter into a contract / purchase order incorporating the accepted quotation and the RFQ terms. Payment shall be made in accordance with the resulting contract / purchase order after satisfactory delivery, inspection and acceptance and submission of required documentation.</w:t>
      </w:r>
    </w:p>
    <w:p w14:paraId="2DCF3594" w14:textId="77777777" w:rsidR="00185DA6" w:rsidRDefault="00FC73C0">
      <w:pPr>
        <w:spacing w:after="80" w:line="240" w:lineRule="auto"/>
      </w:pPr>
      <w:r>
        <w:t>10. Suppliers shall disclose any actual or potential conflict of interest and shall not engage in collusive, corrupt, fraudulent, coercive or obstructive practices. Firms sanctioned by the World Bank, where applicable, shall be ineligible.</w:t>
      </w:r>
    </w:p>
    <w:p w14:paraId="014734C1" w14:textId="77777777" w:rsidR="00185DA6" w:rsidRDefault="00FC73C0">
      <w:pPr>
        <w:spacing w:after="80" w:line="240" w:lineRule="auto"/>
      </w:pPr>
      <w:r>
        <w:t>11. The Procuring Unit reserves the right to cancel the RFQ or reject any/all quotations in accordance with the applicable procurement framework and project arrangements, without creating liability to the Suppliers.</w:t>
      </w:r>
    </w:p>
    <w:p w14:paraId="23BF7641" w14:textId="77777777" w:rsidR="00185DA6" w:rsidRDefault="00FC73C0">
      <w:pPr>
        <w:spacing w:after="80" w:line="240" w:lineRule="auto"/>
      </w:pPr>
      <w:r>
        <w:t>12. Records of the RFQ process, quotations received, evaluation and award shall be maintained in accordance with applicable World Bank and project requirements.</w:t>
      </w:r>
    </w:p>
    <w:p w14:paraId="0328608D" w14:textId="77777777" w:rsidR="00185DA6" w:rsidRDefault="00FC73C0">
      <w:r>
        <w:br w:type="page"/>
      </w:r>
    </w:p>
    <w:p w14:paraId="3F0CC465" w14:textId="77777777" w:rsidR="00185DA6" w:rsidRDefault="00FC73C0">
      <w:pPr>
        <w:jc w:val="center"/>
      </w:pPr>
      <w:r>
        <w:rPr>
          <w:b/>
          <w:sz w:val="24"/>
        </w:rPr>
        <w:lastRenderedPageBreak/>
        <w:t>SCHEDULE OF REQUIREMENTS AND PRICE SCHEDULE</w:t>
      </w:r>
    </w:p>
    <w:p w14:paraId="67D73D9B" w14:textId="77777777" w:rsidR="00185DA6" w:rsidRDefault="00FC73C0">
      <w:pPr>
        <w:spacing w:after="120"/>
      </w:pPr>
      <w:r>
        <w:t>The item descriptions and quantities below are transcribed from the two attached stationery source scans. Supplier shall complete the Unit Price and Total Price columns.</w:t>
      </w:r>
    </w:p>
    <w:tbl>
      <w:tblPr>
        <w:tblStyle w:val="TableGrid"/>
        <w:tblW w:w="0" w:type="auto"/>
        <w:jc w:val="center"/>
        <w:tblLook w:val="04A0" w:firstRow="1" w:lastRow="0" w:firstColumn="1" w:lastColumn="0" w:noHBand="0" w:noVBand="1"/>
      </w:tblPr>
      <w:tblGrid>
        <w:gridCol w:w="1773"/>
        <w:gridCol w:w="1776"/>
        <w:gridCol w:w="1775"/>
        <w:gridCol w:w="1774"/>
        <w:gridCol w:w="1774"/>
        <w:gridCol w:w="1774"/>
      </w:tblGrid>
      <w:tr w:rsidR="00185DA6" w14:paraId="19188EFD" w14:textId="77777777">
        <w:trPr>
          <w:jc w:val="center"/>
        </w:trPr>
        <w:tc>
          <w:tcPr>
            <w:tcW w:w="1776" w:type="dxa"/>
            <w:shd w:val="clear" w:color="auto" w:fill="D9EAF7"/>
            <w:vAlign w:val="center"/>
          </w:tcPr>
          <w:p w14:paraId="4763537A" w14:textId="77777777" w:rsidR="00185DA6" w:rsidRDefault="00FC73C0">
            <w:pPr>
              <w:jc w:val="center"/>
            </w:pPr>
            <w:r>
              <w:rPr>
                <w:b/>
                <w:sz w:val="15"/>
              </w:rPr>
              <w:t>S.No.</w:t>
            </w:r>
          </w:p>
        </w:tc>
        <w:tc>
          <w:tcPr>
            <w:tcW w:w="1776" w:type="dxa"/>
            <w:shd w:val="clear" w:color="auto" w:fill="D9EAF7"/>
            <w:vAlign w:val="center"/>
          </w:tcPr>
          <w:p w14:paraId="488645F0" w14:textId="77777777" w:rsidR="00185DA6" w:rsidRDefault="00FC73C0">
            <w:pPr>
              <w:jc w:val="center"/>
            </w:pPr>
            <w:r>
              <w:rPr>
                <w:b/>
                <w:sz w:val="15"/>
              </w:rPr>
              <w:t>Category</w:t>
            </w:r>
          </w:p>
        </w:tc>
        <w:tc>
          <w:tcPr>
            <w:tcW w:w="1776" w:type="dxa"/>
            <w:shd w:val="clear" w:color="auto" w:fill="D9EAF7"/>
            <w:vAlign w:val="center"/>
          </w:tcPr>
          <w:p w14:paraId="6235E120" w14:textId="77777777" w:rsidR="00185DA6" w:rsidRDefault="00FC73C0">
            <w:pPr>
              <w:jc w:val="center"/>
            </w:pPr>
            <w:r>
              <w:rPr>
                <w:b/>
                <w:sz w:val="15"/>
              </w:rPr>
              <w:t>Description</w:t>
            </w:r>
          </w:p>
        </w:tc>
        <w:tc>
          <w:tcPr>
            <w:tcW w:w="1776" w:type="dxa"/>
            <w:shd w:val="clear" w:color="auto" w:fill="D9EAF7"/>
            <w:vAlign w:val="center"/>
          </w:tcPr>
          <w:p w14:paraId="480A79C4" w14:textId="77777777" w:rsidR="00185DA6" w:rsidRDefault="00FC73C0">
            <w:pPr>
              <w:jc w:val="center"/>
            </w:pPr>
            <w:r>
              <w:rPr>
                <w:b/>
                <w:sz w:val="15"/>
              </w:rPr>
              <w:t>Qty</w:t>
            </w:r>
          </w:p>
        </w:tc>
        <w:tc>
          <w:tcPr>
            <w:tcW w:w="1776" w:type="dxa"/>
            <w:shd w:val="clear" w:color="auto" w:fill="D9EAF7"/>
            <w:vAlign w:val="center"/>
          </w:tcPr>
          <w:p w14:paraId="54EE38AE" w14:textId="77777777" w:rsidR="00185DA6" w:rsidRDefault="00FC73C0">
            <w:pPr>
              <w:jc w:val="center"/>
            </w:pPr>
            <w:r>
              <w:rPr>
                <w:b/>
                <w:sz w:val="15"/>
              </w:rPr>
              <w:t>Unit Price (PKR)</w:t>
            </w:r>
          </w:p>
        </w:tc>
        <w:tc>
          <w:tcPr>
            <w:tcW w:w="1776" w:type="dxa"/>
            <w:shd w:val="clear" w:color="auto" w:fill="D9EAF7"/>
            <w:vAlign w:val="center"/>
          </w:tcPr>
          <w:p w14:paraId="52015B4E" w14:textId="77777777" w:rsidR="00185DA6" w:rsidRDefault="00FC73C0">
            <w:pPr>
              <w:jc w:val="center"/>
            </w:pPr>
            <w:r>
              <w:rPr>
                <w:b/>
                <w:sz w:val="15"/>
              </w:rPr>
              <w:t>Total Price (PKR)</w:t>
            </w:r>
          </w:p>
        </w:tc>
      </w:tr>
      <w:tr w:rsidR="00185DA6" w14:paraId="6B6B834B" w14:textId="77777777">
        <w:trPr>
          <w:jc w:val="center"/>
        </w:trPr>
        <w:tc>
          <w:tcPr>
            <w:tcW w:w="1776" w:type="dxa"/>
            <w:vAlign w:val="center"/>
          </w:tcPr>
          <w:p w14:paraId="5E32369B" w14:textId="77777777" w:rsidR="00185DA6" w:rsidRDefault="00FC73C0">
            <w:pPr>
              <w:jc w:val="center"/>
            </w:pPr>
            <w:r>
              <w:rPr>
                <w:sz w:val="14"/>
              </w:rPr>
              <w:t>1</w:t>
            </w:r>
          </w:p>
        </w:tc>
        <w:tc>
          <w:tcPr>
            <w:tcW w:w="1776" w:type="dxa"/>
            <w:vAlign w:val="center"/>
          </w:tcPr>
          <w:p w14:paraId="4765C913" w14:textId="77777777" w:rsidR="00185DA6" w:rsidRDefault="00FC73C0">
            <w:pPr>
              <w:jc w:val="center"/>
            </w:pPr>
            <w:r>
              <w:rPr>
                <w:sz w:val="14"/>
              </w:rPr>
              <w:t>Stationery / Office Supplies</w:t>
            </w:r>
          </w:p>
        </w:tc>
        <w:tc>
          <w:tcPr>
            <w:tcW w:w="1776" w:type="dxa"/>
            <w:vAlign w:val="center"/>
          </w:tcPr>
          <w:p w14:paraId="26DFC5E8" w14:textId="77777777" w:rsidR="00185DA6" w:rsidRDefault="00FC73C0">
            <w:pPr>
              <w:jc w:val="center"/>
            </w:pPr>
            <w:r>
              <w:rPr>
                <w:sz w:val="14"/>
              </w:rPr>
              <w:t>Scotch Tape</w:t>
            </w:r>
          </w:p>
        </w:tc>
        <w:tc>
          <w:tcPr>
            <w:tcW w:w="1776" w:type="dxa"/>
            <w:vAlign w:val="center"/>
          </w:tcPr>
          <w:p w14:paraId="71B80D40" w14:textId="20198922" w:rsidR="00185DA6" w:rsidRDefault="00185DA6" w:rsidP="000C48F1"/>
        </w:tc>
        <w:tc>
          <w:tcPr>
            <w:tcW w:w="1776" w:type="dxa"/>
            <w:vAlign w:val="center"/>
          </w:tcPr>
          <w:p w14:paraId="3CE14464" w14:textId="77777777" w:rsidR="00185DA6" w:rsidRDefault="00185DA6">
            <w:pPr>
              <w:jc w:val="center"/>
            </w:pPr>
          </w:p>
        </w:tc>
        <w:tc>
          <w:tcPr>
            <w:tcW w:w="1776" w:type="dxa"/>
            <w:vAlign w:val="center"/>
          </w:tcPr>
          <w:p w14:paraId="290978C9" w14:textId="77777777" w:rsidR="00185DA6" w:rsidRDefault="00185DA6">
            <w:pPr>
              <w:jc w:val="center"/>
            </w:pPr>
          </w:p>
        </w:tc>
      </w:tr>
      <w:tr w:rsidR="00185DA6" w14:paraId="3BC80A48" w14:textId="77777777">
        <w:trPr>
          <w:jc w:val="center"/>
        </w:trPr>
        <w:tc>
          <w:tcPr>
            <w:tcW w:w="1776" w:type="dxa"/>
            <w:vAlign w:val="center"/>
          </w:tcPr>
          <w:p w14:paraId="1698D101" w14:textId="77777777" w:rsidR="00185DA6" w:rsidRDefault="00FC73C0">
            <w:pPr>
              <w:jc w:val="center"/>
            </w:pPr>
            <w:r>
              <w:rPr>
                <w:sz w:val="14"/>
              </w:rPr>
              <w:t>2</w:t>
            </w:r>
          </w:p>
        </w:tc>
        <w:tc>
          <w:tcPr>
            <w:tcW w:w="1776" w:type="dxa"/>
            <w:vAlign w:val="center"/>
          </w:tcPr>
          <w:p w14:paraId="7F96D778" w14:textId="77777777" w:rsidR="00185DA6" w:rsidRDefault="00FC73C0">
            <w:pPr>
              <w:jc w:val="center"/>
            </w:pPr>
            <w:r>
              <w:rPr>
                <w:sz w:val="14"/>
              </w:rPr>
              <w:t>Stationery / Office Supplies</w:t>
            </w:r>
          </w:p>
        </w:tc>
        <w:tc>
          <w:tcPr>
            <w:tcW w:w="1776" w:type="dxa"/>
            <w:vAlign w:val="center"/>
          </w:tcPr>
          <w:p w14:paraId="58D51B11" w14:textId="77777777" w:rsidR="00185DA6" w:rsidRDefault="00FC73C0">
            <w:pPr>
              <w:jc w:val="center"/>
            </w:pPr>
            <w:r>
              <w:rPr>
                <w:sz w:val="14"/>
              </w:rPr>
              <w:t>Box Sharpener 50 Pcs</w:t>
            </w:r>
          </w:p>
        </w:tc>
        <w:tc>
          <w:tcPr>
            <w:tcW w:w="1776" w:type="dxa"/>
            <w:vAlign w:val="center"/>
          </w:tcPr>
          <w:p w14:paraId="027C3A6A" w14:textId="0EAEB240" w:rsidR="00185DA6" w:rsidRDefault="00185DA6">
            <w:pPr>
              <w:jc w:val="center"/>
            </w:pPr>
          </w:p>
        </w:tc>
        <w:tc>
          <w:tcPr>
            <w:tcW w:w="1776" w:type="dxa"/>
            <w:vAlign w:val="center"/>
          </w:tcPr>
          <w:p w14:paraId="72D9A2D0" w14:textId="77777777" w:rsidR="00185DA6" w:rsidRDefault="00185DA6">
            <w:pPr>
              <w:jc w:val="center"/>
            </w:pPr>
          </w:p>
        </w:tc>
        <w:tc>
          <w:tcPr>
            <w:tcW w:w="1776" w:type="dxa"/>
            <w:vAlign w:val="center"/>
          </w:tcPr>
          <w:p w14:paraId="2247E926" w14:textId="77777777" w:rsidR="00185DA6" w:rsidRDefault="00185DA6">
            <w:pPr>
              <w:jc w:val="center"/>
            </w:pPr>
          </w:p>
        </w:tc>
      </w:tr>
      <w:tr w:rsidR="00185DA6" w14:paraId="28853D50" w14:textId="77777777">
        <w:trPr>
          <w:jc w:val="center"/>
        </w:trPr>
        <w:tc>
          <w:tcPr>
            <w:tcW w:w="1776" w:type="dxa"/>
            <w:vAlign w:val="center"/>
          </w:tcPr>
          <w:p w14:paraId="043F3DD5" w14:textId="77777777" w:rsidR="00185DA6" w:rsidRDefault="00FC73C0">
            <w:pPr>
              <w:jc w:val="center"/>
            </w:pPr>
            <w:r>
              <w:rPr>
                <w:sz w:val="14"/>
              </w:rPr>
              <w:t>3</w:t>
            </w:r>
          </w:p>
        </w:tc>
        <w:tc>
          <w:tcPr>
            <w:tcW w:w="1776" w:type="dxa"/>
            <w:vAlign w:val="center"/>
          </w:tcPr>
          <w:p w14:paraId="0933C769" w14:textId="77777777" w:rsidR="00185DA6" w:rsidRDefault="00FC73C0">
            <w:pPr>
              <w:jc w:val="center"/>
            </w:pPr>
            <w:r>
              <w:rPr>
                <w:sz w:val="14"/>
              </w:rPr>
              <w:t>Stationery / Office Supplies</w:t>
            </w:r>
          </w:p>
        </w:tc>
        <w:tc>
          <w:tcPr>
            <w:tcW w:w="1776" w:type="dxa"/>
            <w:vAlign w:val="center"/>
          </w:tcPr>
          <w:p w14:paraId="2275AF02" w14:textId="77777777" w:rsidR="00185DA6" w:rsidRDefault="00FC73C0">
            <w:pPr>
              <w:jc w:val="center"/>
            </w:pPr>
            <w:r>
              <w:rPr>
                <w:sz w:val="14"/>
              </w:rPr>
              <w:t>Staple Machine Medium</w:t>
            </w:r>
          </w:p>
        </w:tc>
        <w:tc>
          <w:tcPr>
            <w:tcW w:w="1776" w:type="dxa"/>
            <w:vAlign w:val="center"/>
          </w:tcPr>
          <w:p w14:paraId="17C7AB7B" w14:textId="5EF8ED02" w:rsidR="00185DA6" w:rsidRDefault="00185DA6" w:rsidP="000C48F1"/>
        </w:tc>
        <w:tc>
          <w:tcPr>
            <w:tcW w:w="1776" w:type="dxa"/>
            <w:vAlign w:val="center"/>
          </w:tcPr>
          <w:p w14:paraId="620A59A9" w14:textId="77777777" w:rsidR="00185DA6" w:rsidRDefault="00185DA6">
            <w:pPr>
              <w:jc w:val="center"/>
            </w:pPr>
          </w:p>
        </w:tc>
        <w:tc>
          <w:tcPr>
            <w:tcW w:w="1776" w:type="dxa"/>
            <w:vAlign w:val="center"/>
          </w:tcPr>
          <w:p w14:paraId="421E8947" w14:textId="77777777" w:rsidR="00185DA6" w:rsidRDefault="00185DA6">
            <w:pPr>
              <w:jc w:val="center"/>
            </w:pPr>
          </w:p>
        </w:tc>
      </w:tr>
      <w:tr w:rsidR="00185DA6" w14:paraId="3E15AD28" w14:textId="77777777">
        <w:trPr>
          <w:jc w:val="center"/>
        </w:trPr>
        <w:tc>
          <w:tcPr>
            <w:tcW w:w="1776" w:type="dxa"/>
            <w:vAlign w:val="center"/>
          </w:tcPr>
          <w:p w14:paraId="1A8DFBB5" w14:textId="77777777" w:rsidR="00185DA6" w:rsidRDefault="00FC73C0">
            <w:pPr>
              <w:jc w:val="center"/>
            </w:pPr>
            <w:r>
              <w:rPr>
                <w:sz w:val="14"/>
              </w:rPr>
              <w:t>4</w:t>
            </w:r>
          </w:p>
        </w:tc>
        <w:tc>
          <w:tcPr>
            <w:tcW w:w="1776" w:type="dxa"/>
            <w:vAlign w:val="center"/>
          </w:tcPr>
          <w:p w14:paraId="53FE19D5" w14:textId="77777777" w:rsidR="00185DA6" w:rsidRDefault="00FC73C0">
            <w:pPr>
              <w:jc w:val="center"/>
            </w:pPr>
            <w:r>
              <w:rPr>
                <w:sz w:val="14"/>
              </w:rPr>
              <w:t>Stationery / Office Supplies</w:t>
            </w:r>
          </w:p>
        </w:tc>
        <w:tc>
          <w:tcPr>
            <w:tcW w:w="1776" w:type="dxa"/>
            <w:vAlign w:val="center"/>
          </w:tcPr>
          <w:p w14:paraId="5631DA5E" w14:textId="77777777" w:rsidR="00185DA6" w:rsidRDefault="00FC73C0">
            <w:pPr>
              <w:jc w:val="center"/>
            </w:pPr>
            <w:r>
              <w:rPr>
                <w:sz w:val="14"/>
              </w:rPr>
              <w:t>Box Staple Pins Medium 20 Pcs</w:t>
            </w:r>
          </w:p>
        </w:tc>
        <w:tc>
          <w:tcPr>
            <w:tcW w:w="1776" w:type="dxa"/>
            <w:vAlign w:val="center"/>
          </w:tcPr>
          <w:p w14:paraId="519327C2" w14:textId="49D50E59" w:rsidR="00185DA6" w:rsidRDefault="00185DA6">
            <w:pPr>
              <w:jc w:val="center"/>
            </w:pPr>
          </w:p>
        </w:tc>
        <w:tc>
          <w:tcPr>
            <w:tcW w:w="1776" w:type="dxa"/>
            <w:vAlign w:val="center"/>
          </w:tcPr>
          <w:p w14:paraId="15690EA0" w14:textId="77777777" w:rsidR="00185DA6" w:rsidRDefault="00185DA6">
            <w:pPr>
              <w:jc w:val="center"/>
            </w:pPr>
          </w:p>
        </w:tc>
        <w:tc>
          <w:tcPr>
            <w:tcW w:w="1776" w:type="dxa"/>
            <w:vAlign w:val="center"/>
          </w:tcPr>
          <w:p w14:paraId="7A62DF19" w14:textId="77777777" w:rsidR="00185DA6" w:rsidRDefault="00185DA6">
            <w:pPr>
              <w:jc w:val="center"/>
            </w:pPr>
          </w:p>
        </w:tc>
      </w:tr>
      <w:tr w:rsidR="00185DA6" w14:paraId="49FDE83C" w14:textId="77777777">
        <w:trPr>
          <w:jc w:val="center"/>
        </w:trPr>
        <w:tc>
          <w:tcPr>
            <w:tcW w:w="1776" w:type="dxa"/>
            <w:vAlign w:val="center"/>
          </w:tcPr>
          <w:p w14:paraId="60A0A0BC" w14:textId="77777777" w:rsidR="00185DA6" w:rsidRDefault="00FC73C0">
            <w:pPr>
              <w:jc w:val="center"/>
            </w:pPr>
            <w:r>
              <w:rPr>
                <w:sz w:val="14"/>
              </w:rPr>
              <w:t>5</w:t>
            </w:r>
          </w:p>
        </w:tc>
        <w:tc>
          <w:tcPr>
            <w:tcW w:w="1776" w:type="dxa"/>
            <w:vAlign w:val="center"/>
          </w:tcPr>
          <w:p w14:paraId="0D4337E6" w14:textId="77777777" w:rsidR="00185DA6" w:rsidRDefault="00FC73C0">
            <w:pPr>
              <w:jc w:val="center"/>
            </w:pPr>
            <w:r>
              <w:rPr>
                <w:sz w:val="14"/>
              </w:rPr>
              <w:t>Stationery / Office Supplies</w:t>
            </w:r>
          </w:p>
        </w:tc>
        <w:tc>
          <w:tcPr>
            <w:tcW w:w="1776" w:type="dxa"/>
            <w:vAlign w:val="center"/>
          </w:tcPr>
          <w:p w14:paraId="66C41FBC" w14:textId="77777777" w:rsidR="00185DA6" w:rsidRDefault="00FC73C0">
            <w:pPr>
              <w:jc w:val="center"/>
            </w:pPr>
            <w:r>
              <w:rPr>
                <w:sz w:val="14"/>
              </w:rPr>
              <w:t>Masking Tape</w:t>
            </w:r>
          </w:p>
        </w:tc>
        <w:tc>
          <w:tcPr>
            <w:tcW w:w="1776" w:type="dxa"/>
            <w:vAlign w:val="center"/>
          </w:tcPr>
          <w:p w14:paraId="0D025D72" w14:textId="0E6B6A2E" w:rsidR="00185DA6" w:rsidRPr="000C48F1" w:rsidRDefault="00185DA6">
            <w:pPr>
              <w:jc w:val="center"/>
              <w:rPr>
                <w:sz w:val="16"/>
                <w:szCs w:val="16"/>
              </w:rPr>
            </w:pPr>
          </w:p>
        </w:tc>
        <w:tc>
          <w:tcPr>
            <w:tcW w:w="1776" w:type="dxa"/>
            <w:vAlign w:val="center"/>
          </w:tcPr>
          <w:p w14:paraId="2EC79257" w14:textId="77777777" w:rsidR="00185DA6" w:rsidRDefault="00185DA6">
            <w:pPr>
              <w:jc w:val="center"/>
            </w:pPr>
          </w:p>
        </w:tc>
        <w:tc>
          <w:tcPr>
            <w:tcW w:w="1776" w:type="dxa"/>
            <w:vAlign w:val="center"/>
          </w:tcPr>
          <w:p w14:paraId="3945E8BA" w14:textId="77777777" w:rsidR="00185DA6" w:rsidRDefault="00185DA6">
            <w:pPr>
              <w:jc w:val="center"/>
            </w:pPr>
          </w:p>
        </w:tc>
      </w:tr>
      <w:tr w:rsidR="00185DA6" w14:paraId="3D6925E6" w14:textId="77777777">
        <w:trPr>
          <w:jc w:val="center"/>
        </w:trPr>
        <w:tc>
          <w:tcPr>
            <w:tcW w:w="1776" w:type="dxa"/>
            <w:vAlign w:val="center"/>
          </w:tcPr>
          <w:p w14:paraId="2CC31645" w14:textId="77777777" w:rsidR="00185DA6" w:rsidRDefault="00FC73C0">
            <w:pPr>
              <w:jc w:val="center"/>
            </w:pPr>
            <w:r>
              <w:rPr>
                <w:sz w:val="14"/>
              </w:rPr>
              <w:t>6</w:t>
            </w:r>
          </w:p>
        </w:tc>
        <w:tc>
          <w:tcPr>
            <w:tcW w:w="1776" w:type="dxa"/>
            <w:vAlign w:val="center"/>
          </w:tcPr>
          <w:p w14:paraId="533A320D" w14:textId="77777777" w:rsidR="00185DA6" w:rsidRDefault="00FC73C0">
            <w:pPr>
              <w:jc w:val="center"/>
            </w:pPr>
            <w:r>
              <w:rPr>
                <w:sz w:val="14"/>
              </w:rPr>
              <w:t>Stationery / Office Supplies</w:t>
            </w:r>
          </w:p>
        </w:tc>
        <w:tc>
          <w:tcPr>
            <w:tcW w:w="1776" w:type="dxa"/>
            <w:vAlign w:val="center"/>
          </w:tcPr>
          <w:p w14:paraId="7A9F0685" w14:textId="77777777" w:rsidR="00185DA6" w:rsidRDefault="00FC73C0">
            <w:pPr>
              <w:jc w:val="center"/>
            </w:pPr>
            <w:r>
              <w:rPr>
                <w:sz w:val="14"/>
              </w:rPr>
              <w:t>Calculators</w:t>
            </w:r>
          </w:p>
        </w:tc>
        <w:tc>
          <w:tcPr>
            <w:tcW w:w="1776" w:type="dxa"/>
            <w:vAlign w:val="center"/>
          </w:tcPr>
          <w:p w14:paraId="41CA0870" w14:textId="0D94498C" w:rsidR="00185DA6" w:rsidRPr="000C48F1" w:rsidRDefault="00185DA6">
            <w:pPr>
              <w:jc w:val="center"/>
              <w:rPr>
                <w:sz w:val="16"/>
                <w:szCs w:val="16"/>
              </w:rPr>
            </w:pPr>
          </w:p>
        </w:tc>
        <w:tc>
          <w:tcPr>
            <w:tcW w:w="1776" w:type="dxa"/>
            <w:vAlign w:val="center"/>
          </w:tcPr>
          <w:p w14:paraId="7EB28EB8" w14:textId="77777777" w:rsidR="00185DA6" w:rsidRDefault="00185DA6">
            <w:pPr>
              <w:jc w:val="center"/>
            </w:pPr>
          </w:p>
        </w:tc>
        <w:tc>
          <w:tcPr>
            <w:tcW w:w="1776" w:type="dxa"/>
            <w:vAlign w:val="center"/>
          </w:tcPr>
          <w:p w14:paraId="231A277A" w14:textId="77777777" w:rsidR="00185DA6" w:rsidRDefault="00185DA6">
            <w:pPr>
              <w:jc w:val="center"/>
            </w:pPr>
          </w:p>
        </w:tc>
      </w:tr>
      <w:tr w:rsidR="00185DA6" w14:paraId="63CD3510" w14:textId="77777777">
        <w:trPr>
          <w:jc w:val="center"/>
        </w:trPr>
        <w:tc>
          <w:tcPr>
            <w:tcW w:w="1776" w:type="dxa"/>
            <w:vAlign w:val="center"/>
          </w:tcPr>
          <w:p w14:paraId="05DFB356" w14:textId="77777777" w:rsidR="00185DA6" w:rsidRDefault="00FC73C0">
            <w:pPr>
              <w:jc w:val="center"/>
            </w:pPr>
            <w:r>
              <w:rPr>
                <w:sz w:val="14"/>
              </w:rPr>
              <w:t>7</w:t>
            </w:r>
          </w:p>
        </w:tc>
        <w:tc>
          <w:tcPr>
            <w:tcW w:w="1776" w:type="dxa"/>
            <w:vAlign w:val="center"/>
          </w:tcPr>
          <w:p w14:paraId="71EFA85B" w14:textId="77777777" w:rsidR="00185DA6" w:rsidRDefault="00FC73C0">
            <w:pPr>
              <w:jc w:val="center"/>
            </w:pPr>
            <w:r>
              <w:rPr>
                <w:sz w:val="14"/>
              </w:rPr>
              <w:t>Stationery / Office Supplies</w:t>
            </w:r>
          </w:p>
        </w:tc>
        <w:tc>
          <w:tcPr>
            <w:tcW w:w="1776" w:type="dxa"/>
            <w:vAlign w:val="center"/>
          </w:tcPr>
          <w:p w14:paraId="121A9B28" w14:textId="77777777" w:rsidR="00185DA6" w:rsidRDefault="00FC73C0">
            <w:pPr>
              <w:jc w:val="center"/>
            </w:pPr>
            <w:r>
              <w:rPr>
                <w:sz w:val="14"/>
              </w:rPr>
              <w:t>Box Ballpoint Pen</w:t>
            </w:r>
          </w:p>
        </w:tc>
        <w:tc>
          <w:tcPr>
            <w:tcW w:w="1776" w:type="dxa"/>
            <w:vAlign w:val="center"/>
          </w:tcPr>
          <w:p w14:paraId="21BEF6D2" w14:textId="0CD631D7" w:rsidR="00185DA6" w:rsidRPr="000C48F1" w:rsidRDefault="00185DA6">
            <w:pPr>
              <w:jc w:val="center"/>
              <w:rPr>
                <w:sz w:val="16"/>
                <w:szCs w:val="16"/>
              </w:rPr>
            </w:pPr>
          </w:p>
        </w:tc>
        <w:tc>
          <w:tcPr>
            <w:tcW w:w="1776" w:type="dxa"/>
            <w:vAlign w:val="center"/>
          </w:tcPr>
          <w:p w14:paraId="360F8CFD" w14:textId="77777777" w:rsidR="00185DA6" w:rsidRDefault="00185DA6">
            <w:pPr>
              <w:jc w:val="center"/>
            </w:pPr>
          </w:p>
        </w:tc>
        <w:tc>
          <w:tcPr>
            <w:tcW w:w="1776" w:type="dxa"/>
            <w:vAlign w:val="center"/>
          </w:tcPr>
          <w:p w14:paraId="0DA09051" w14:textId="77777777" w:rsidR="00185DA6" w:rsidRDefault="00185DA6">
            <w:pPr>
              <w:jc w:val="center"/>
            </w:pPr>
          </w:p>
        </w:tc>
      </w:tr>
      <w:tr w:rsidR="00185DA6" w14:paraId="35D868E7" w14:textId="77777777">
        <w:trPr>
          <w:jc w:val="center"/>
        </w:trPr>
        <w:tc>
          <w:tcPr>
            <w:tcW w:w="1776" w:type="dxa"/>
            <w:vAlign w:val="center"/>
          </w:tcPr>
          <w:p w14:paraId="52798525" w14:textId="77777777" w:rsidR="00185DA6" w:rsidRDefault="00FC73C0">
            <w:pPr>
              <w:jc w:val="center"/>
            </w:pPr>
            <w:r>
              <w:rPr>
                <w:sz w:val="14"/>
              </w:rPr>
              <w:t>8</w:t>
            </w:r>
          </w:p>
        </w:tc>
        <w:tc>
          <w:tcPr>
            <w:tcW w:w="1776" w:type="dxa"/>
            <w:vAlign w:val="center"/>
          </w:tcPr>
          <w:p w14:paraId="1AF5D095" w14:textId="77777777" w:rsidR="00185DA6" w:rsidRDefault="00FC73C0">
            <w:pPr>
              <w:jc w:val="center"/>
            </w:pPr>
            <w:r>
              <w:rPr>
                <w:sz w:val="14"/>
              </w:rPr>
              <w:t>Stationery / Office Supplies</w:t>
            </w:r>
          </w:p>
        </w:tc>
        <w:tc>
          <w:tcPr>
            <w:tcW w:w="1776" w:type="dxa"/>
            <w:vAlign w:val="center"/>
          </w:tcPr>
          <w:p w14:paraId="634FAC6F" w14:textId="77777777" w:rsidR="00185DA6" w:rsidRDefault="00FC73C0">
            <w:pPr>
              <w:jc w:val="center"/>
            </w:pPr>
            <w:r>
              <w:rPr>
                <w:sz w:val="14"/>
              </w:rPr>
              <w:t>Dispatch Registers</w:t>
            </w:r>
          </w:p>
        </w:tc>
        <w:tc>
          <w:tcPr>
            <w:tcW w:w="1776" w:type="dxa"/>
            <w:vAlign w:val="center"/>
          </w:tcPr>
          <w:p w14:paraId="02970308" w14:textId="1042BE81" w:rsidR="00185DA6" w:rsidRPr="000C48F1" w:rsidRDefault="00185DA6">
            <w:pPr>
              <w:jc w:val="center"/>
              <w:rPr>
                <w:sz w:val="16"/>
                <w:szCs w:val="16"/>
              </w:rPr>
            </w:pPr>
          </w:p>
        </w:tc>
        <w:tc>
          <w:tcPr>
            <w:tcW w:w="1776" w:type="dxa"/>
            <w:vAlign w:val="center"/>
          </w:tcPr>
          <w:p w14:paraId="765C022D" w14:textId="77777777" w:rsidR="00185DA6" w:rsidRDefault="00185DA6">
            <w:pPr>
              <w:jc w:val="center"/>
            </w:pPr>
          </w:p>
        </w:tc>
        <w:tc>
          <w:tcPr>
            <w:tcW w:w="1776" w:type="dxa"/>
            <w:vAlign w:val="center"/>
          </w:tcPr>
          <w:p w14:paraId="42CC6200" w14:textId="77777777" w:rsidR="00185DA6" w:rsidRDefault="00185DA6">
            <w:pPr>
              <w:jc w:val="center"/>
            </w:pPr>
          </w:p>
        </w:tc>
      </w:tr>
      <w:tr w:rsidR="00185DA6" w14:paraId="1C006846" w14:textId="77777777">
        <w:trPr>
          <w:jc w:val="center"/>
        </w:trPr>
        <w:tc>
          <w:tcPr>
            <w:tcW w:w="1776" w:type="dxa"/>
            <w:vAlign w:val="center"/>
          </w:tcPr>
          <w:p w14:paraId="4A3D23A9" w14:textId="77777777" w:rsidR="00185DA6" w:rsidRDefault="00FC73C0">
            <w:pPr>
              <w:jc w:val="center"/>
            </w:pPr>
            <w:r>
              <w:rPr>
                <w:sz w:val="14"/>
              </w:rPr>
              <w:t>9</w:t>
            </w:r>
          </w:p>
        </w:tc>
        <w:tc>
          <w:tcPr>
            <w:tcW w:w="1776" w:type="dxa"/>
            <w:vAlign w:val="center"/>
          </w:tcPr>
          <w:p w14:paraId="268DD7A6" w14:textId="77777777" w:rsidR="00185DA6" w:rsidRDefault="00FC73C0">
            <w:pPr>
              <w:jc w:val="center"/>
            </w:pPr>
            <w:r>
              <w:rPr>
                <w:sz w:val="14"/>
              </w:rPr>
              <w:t>Stationery / Office Supplies</w:t>
            </w:r>
          </w:p>
        </w:tc>
        <w:tc>
          <w:tcPr>
            <w:tcW w:w="1776" w:type="dxa"/>
            <w:vAlign w:val="center"/>
          </w:tcPr>
          <w:p w14:paraId="2A96B932" w14:textId="77777777" w:rsidR="00185DA6" w:rsidRDefault="00FC73C0">
            <w:pPr>
              <w:jc w:val="center"/>
            </w:pPr>
            <w:r>
              <w:rPr>
                <w:sz w:val="14"/>
              </w:rPr>
              <w:t>Binding Tape</w:t>
            </w:r>
          </w:p>
        </w:tc>
        <w:tc>
          <w:tcPr>
            <w:tcW w:w="1776" w:type="dxa"/>
            <w:vAlign w:val="center"/>
          </w:tcPr>
          <w:p w14:paraId="734B8E59" w14:textId="15262ABE" w:rsidR="00185DA6" w:rsidRDefault="00185DA6">
            <w:pPr>
              <w:jc w:val="center"/>
            </w:pPr>
          </w:p>
        </w:tc>
        <w:tc>
          <w:tcPr>
            <w:tcW w:w="1776" w:type="dxa"/>
            <w:vAlign w:val="center"/>
          </w:tcPr>
          <w:p w14:paraId="34A0EEB5" w14:textId="77777777" w:rsidR="00185DA6" w:rsidRDefault="00185DA6">
            <w:pPr>
              <w:jc w:val="center"/>
            </w:pPr>
          </w:p>
        </w:tc>
        <w:tc>
          <w:tcPr>
            <w:tcW w:w="1776" w:type="dxa"/>
            <w:vAlign w:val="center"/>
          </w:tcPr>
          <w:p w14:paraId="1CF271B2" w14:textId="77777777" w:rsidR="00185DA6" w:rsidRDefault="00185DA6">
            <w:pPr>
              <w:jc w:val="center"/>
            </w:pPr>
          </w:p>
        </w:tc>
      </w:tr>
      <w:tr w:rsidR="00185DA6" w14:paraId="0EAC555C" w14:textId="77777777">
        <w:trPr>
          <w:jc w:val="center"/>
        </w:trPr>
        <w:tc>
          <w:tcPr>
            <w:tcW w:w="1776" w:type="dxa"/>
            <w:vAlign w:val="center"/>
          </w:tcPr>
          <w:p w14:paraId="56ACF828" w14:textId="77777777" w:rsidR="00185DA6" w:rsidRDefault="00FC73C0">
            <w:pPr>
              <w:jc w:val="center"/>
            </w:pPr>
            <w:r>
              <w:rPr>
                <w:sz w:val="14"/>
              </w:rPr>
              <w:t>10</w:t>
            </w:r>
          </w:p>
        </w:tc>
        <w:tc>
          <w:tcPr>
            <w:tcW w:w="1776" w:type="dxa"/>
            <w:vAlign w:val="center"/>
          </w:tcPr>
          <w:p w14:paraId="44B8EF3F" w14:textId="77777777" w:rsidR="00185DA6" w:rsidRDefault="00FC73C0">
            <w:pPr>
              <w:jc w:val="center"/>
            </w:pPr>
            <w:r>
              <w:rPr>
                <w:sz w:val="14"/>
              </w:rPr>
              <w:t>Stationery / Office Supplies</w:t>
            </w:r>
          </w:p>
        </w:tc>
        <w:tc>
          <w:tcPr>
            <w:tcW w:w="1776" w:type="dxa"/>
            <w:vAlign w:val="center"/>
          </w:tcPr>
          <w:p w14:paraId="05BF2021" w14:textId="77777777" w:rsidR="00185DA6" w:rsidRDefault="00FC73C0">
            <w:pPr>
              <w:jc w:val="center"/>
            </w:pPr>
            <w:r>
              <w:rPr>
                <w:sz w:val="14"/>
              </w:rPr>
              <w:t>Arrow Flags</w:t>
            </w:r>
          </w:p>
        </w:tc>
        <w:tc>
          <w:tcPr>
            <w:tcW w:w="1776" w:type="dxa"/>
            <w:vAlign w:val="center"/>
          </w:tcPr>
          <w:p w14:paraId="1040361B" w14:textId="74427D55" w:rsidR="00185DA6" w:rsidRDefault="00185DA6">
            <w:pPr>
              <w:jc w:val="center"/>
            </w:pPr>
          </w:p>
        </w:tc>
        <w:tc>
          <w:tcPr>
            <w:tcW w:w="1776" w:type="dxa"/>
            <w:vAlign w:val="center"/>
          </w:tcPr>
          <w:p w14:paraId="0A68726B" w14:textId="77777777" w:rsidR="00185DA6" w:rsidRDefault="00185DA6">
            <w:pPr>
              <w:jc w:val="center"/>
            </w:pPr>
          </w:p>
        </w:tc>
        <w:tc>
          <w:tcPr>
            <w:tcW w:w="1776" w:type="dxa"/>
            <w:vAlign w:val="center"/>
          </w:tcPr>
          <w:p w14:paraId="63FA26B8" w14:textId="77777777" w:rsidR="00185DA6" w:rsidRDefault="00185DA6">
            <w:pPr>
              <w:jc w:val="center"/>
            </w:pPr>
          </w:p>
        </w:tc>
      </w:tr>
      <w:tr w:rsidR="00185DA6" w14:paraId="74797775" w14:textId="77777777">
        <w:trPr>
          <w:jc w:val="center"/>
        </w:trPr>
        <w:tc>
          <w:tcPr>
            <w:tcW w:w="1776" w:type="dxa"/>
            <w:vAlign w:val="center"/>
          </w:tcPr>
          <w:p w14:paraId="04536F36" w14:textId="77777777" w:rsidR="00185DA6" w:rsidRDefault="00FC73C0">
            <w:pPr>
              <w:jc w:val="center"/>
            </w:pPr>
            <w:r>
              <w:rPr>
                <w:sz w:val="14"/>
              </w:rPr>
              <w:t>11</w:t>
            </w:r>
          </w:p>
        </w:tc>
        <w:tc>
          <w:tcPr>
            <w:tcW w:w="1776" w:type="dxa"/>
            <w:vAlign w:val="center"/>
          </w:tcPr>
          <w:p w14:paraId="0FDE145B" w14:textId="77777777" w:rsidR="00185DA6" w:rsidRDefault="00FC73C0">
            <w:pPr>
              <w:jc w:val="center"/>
            </w:pPr>
            <w:r>
              <w:rPr>
                <w:sz w:val="14"/>
              </w:rPr>
              <w:t>Stationery / Office Supplies</w:t>
            </w:r>
          </w:p>
        </w:tc>
        <w:tc>
          <w:tcPr>
            <w:tcW w:w="1776" w:type="dxa"/>
            <w:vAlign w:val="center"/>
          </w:tcPr>
          <w:p w14:paraId="55BFA134" w14:textId="77777777" w:rsidR="00185DA6" w:rsidRDefault="00FC73C0">
            <w:pPr>
              <w:jc w:val="center"/>
            </w:pPr>
            <w:r>
              <w:rPr>
                <w:sz w:val="14"/>
              </w:rPr>
              <w:t>File Flags</w:t>
            </w:r>
          </w:p>
        </w:tc>
        <w:tc>
          <w:tcPr>
            <w:tcW w:w="1776" w:type="dxa"/>
            <w:vAlign w:val="center"/>
          </w:tcPr>
          <w:p w14:paraId="33981FEF" w14:textId="35CF1C91" w:rsidR="00185DA6" w:rsidRDefault="00185DA6">
            <w:pPr>
              <w:jc w:val="center"/>
            </w:pPr>
          </w:p>
        </w:tc>
        <w:tc>
          <w:tcPr>
            <w:tcW w:w="1776" w:type="dxa"/>
            <w:vAlign w:val="center"/>
          </w:tcPr>
          <w:p w14:paraId="6E0DD7B5" w14:textId="77777777" w:rsidR="00185DA6" w:rsidRDefault="00185DA6">
            <w:pPr>
              <w:jc w:val="center"/>
            </w:pPr>
          </w:p>
        </w:tc>
        <w:tc>
          <w:tcPr>
            <w:tcW w:w="1776" w:type="dxa"/>
            <w:vAlign w:val="center"/>
          </w:tcPr>
          <w:p w14:paraId="24192A53" w14:textId="77777777" w:rsidR="00185DA6" w:rsidRDefault="00185DA6">
            <w:pPr>
              <w:jc w:val="center"/>
            </w:pPr>
          </w:p>
        </w:tc>
      </w:tr>
      <w:tr w:rsidR="00185DA6" w14:paraId="46F5CDAE" w14:textId="77777777">
        <w:trPr>
          <w:jc w:val="center"/>
        </w:trPr>
        <w:tc>
          <w:tcPr>
            <w:tcW w:w="1776" w:type="dxa"/>
            <w:vAlign w:val="center"/>
          </w:tcPr>
          <w:p w14:paraId="72E8C461" w14:textId="77777777" w:rsidR="00185DA6" w:rsidRDefault="00FC73C0">
            <w:pPr>
              <w:jc w:val="center"/>
            </w:pPr>
            <w:r>
              <w:rPr>
                <w:sz w:val="14"/>
              </w:rPr>
              <w:t>12</w:t>
            </w:r>
          </w:p>
        </w:tc>
        <w:tc>
          <w:tcPr>
            <w:tcW w:w="1776" w:type="dxa"/>
            <w:vAlign w:val="center"/>
          </w:tcPr>
          <w:p w14:paraId="66C2A743" w14:textId="77777777" w:rsidR="00185DA6" w:rsidRDefault="00FC73C0">
            <w:pPr>
              <w:jc w:val="center"/>
            </w:pPr>
            <w:r>
              <w:rPr>
                <w:sz w:val="14"/>
              </w:rPr>
              <w:t>IT / Office Accessories</w:t>
            </w:r>
          </w:p>
        </w:tc>
        <w:tc>
          <w:tcPr>
            <w:tcW w:w="1776" w:type="dxa"/>
            <w:vAlign w:val="center"/>
          </w:tcPr>
          <w:p w14:paraId="54979014" w14:textId="77777777" w:rsidR="00185DA6" w:rsidRDefault="00FC73C0">
            <w:pPr>
              <w:jc w:val="center"/>
            </w:pPr>
            <w:r>
              <w:rPr>
                <w:sz w:val="14"/>
              </w:rPr>
              <w:t>USB 32 GB</w:t>
            </w:r>
          </w:p>
        </w:tc>
        <w:tc>
          <w:tcPr>
            <w:tcW w:w="1776" w:type="dxa"/>
            <w:vAlign w:val="center"/>
          </w:tcPr>
          <w:p w14:paraId="557F27D4" w14:textId="22536C40" w:rsidR="00185DA6" w:rsidRDefault="00185DA6">
            <w:pPr>
              <w:jc w:val="center"/>
            </w:pPr>
          </w:p>
        </w:tc>
        <w:tc>
          <w:tcPr>
            <w:tcW w:w="1776" w:type="dxa"/>
            <w:vAlign w:val="center"/>
          </w:tcPr>
          <w:p w14:paraId="0A27E4AF" w14:textId="77777777" w:rsidR="00185DA6" w:rsidRDefault="00185DA6">
            <w:pPr>
              <w:jc w:val="center"/>
            </w:pPr>
          </w:p>
        </w:tc>
        <w:tc>
          <w:tcPr>
            <w:tcW w:w="1776" w:type="dxa"/>
            <w:vAlign w:val="center"/>
          </w:tcPr>
          <w:p w14:paraId="377CB9EF" w14:textId="77777777" w:rsidR="00185DA6" w:rsidRDefault="00185DA6">
            <w:pPr>
              <w:jc w:val="center"/>
            </w:pPr>
          </w:p>
        </w:tc>
      </w:tr>
      <w:tr w:rsidR="00185DA6" w14:paraId="3C749EA0" w14:textId="77777777">
        <w:trPr>
          <w:jc w:val="center"/>
        </w:trPr>
        <w:tc>
          <w:tcPr>
            <w:tcW w:w="1776" w:type="dxa"/>
            <w:vAlign w:val="center"/>
          </w:tcPr>
          <w:p w14:paraId="5EE06D77" w14:textId="77777777" w:rsidR="00185DA6" w:rsidRDefault="00FC73C0">
            <w:pPr>
              <w:jc w:val="center"/>
            </w:pPr>
            <w:r>
              <w:rPr>
                <w:sz w:val="14"/>
              </w:rPr>
              <w:t>13</w:t>
            </w:r>
          </w:p>
        </w:tc>
        <w:tc>
          <w:tcPr>
            <w:tcW w:w="1776" w:type="dxa"/>
            <w:vAlign w:val="center"/>
          </w:tcPr>
          <w:p w14:paraId="62D46597" w14:textId="77777777" w:rsidR="00185DA6" w:rsidRDefault="00FC73C0">
            <w:pPr>
              <w:jc w:val="center"/>
            </w:pPr>
            <w:r>
              <w:rPr>
                <w:sz w:val="14"/>
              </w:rPr>
              <w:t>IT / Office Accessories</w:t>
            </w:r>
          </w:p>
        </w:tc>
        <w:tc>
          <w:tcPr>
            <w:tcW w:w="1776" w:type="dxa"/>
            <w:vAlign w:val="center"/>
          </w:tcPr>
          <w:p w14:paraId="094A3943" w14:textId="77777777" w:rsidR="00185DA6" w:rsidRDefault="00FC73C0">
            <w:pPr>
              <w:jc w:val="center"/>
            </w:pPr>
            <w:r>
              <w:rPr>
                <w:sz w:val="14"/>
              </w:rPr>
              <w:t>USB 64 GB</w:t>
            </w:r>
          </w:p>
        </w:tc>
        <w:tc>
          <w:tcPr>
            <w:tcW w:w="1776" w:type="dxa"/>
            <w:vAlign w:val="center"/>
          </w:tcPr>
          <w:p w14:paraId="7F8365ED" w14:textId="756C9842" w:rsidR="00185DA6" w:rsidRDefault="00185DA6">
            <w:pPr>
              <w:jc w:val="center"/>
            </w:pPr>
          </w:p>
        </w:tc>
        <w:tc>
          <w:tcPr>
            <w:tcW w:w="1776" w:type="dxa"/>
            <w:vAlign w:val="center"/>
          </w:tcPr>
          <w:p w14:paraId="6EEA23D7" w14:textId="77777777" w:rsidR="00185DA6" w:rsidRDefault="00185DA6">
            <w:pPr>
              <w:jc w:val="center"/>
            </w:pPr>
          </w:p>
        </w:tc>
        <w:tc>
          <w:tcPr>
            <w:tcW w:w="1776" w:type="dxa"/>
            <w:vAlign w:val="center"/>
          </w:tcPr>
          <w:p w14:paraId="276DDAEE" w14:textId="77777777" w:rsidR="00185DA6" w:rsidRDefault="00185DA6">
            <w:pPr>
              <w:jc w:val="center"/>
            </w:pPr>
          </w:p>
        </w:tc>
      </w:tr>
      <w:tr w:rsidR="00185DA6" w14:paraId="1631DAEA" w14:textId="77777777">
        <w:trPr>
          <w:jc w:val="center"/>
        </w:trPr>
        <w:tc>
          <w:tcPr>
            <w:tcW w:w="1776" w:type="dxa"/>
            <w:vAlign w:val="center"/>
          </w:tcPr>
          <w:p w14:paraId="60F62283" w14:textId="77777777" w:rsidR="00185DA6" w:rsidRDefault="00FC73C0">
            <w:pPr>
              <w:jc w:val="center"/>
            </w:pPr>
            <w:r>
              <w:rPr>
                <w:sz w:val="14"/>
              </w:rPr>
              <w:t>14</w:t>
            </w:r>
          </w:p>
        </w:tc>
        <w:tc>
          <w:tcPr>
            <w:tcW w:w="1776" w:type="dxa"/>
            <w:vAlign w:val="center"/>
          </w:tcPr>
          <w:p w14:paraId="5D96D2E1" w14:textId="77777777" w:rsidR="00185DA6" w:rsidRDefault="00FC73C0">
            <w:pPr>
              <w:jc w:val="center"/>
            </w:pPr>
            <w:r>
              <w:rPr>
                <w:sz w:val="14"/>
              </w:rPr>
              <w:t>IT / Office Accessories</w:t>
            </w:r>
          </w:p>
        </w:tc>
        <w:tc>
          <w:tcPr>
            <w:tcW w:w="1776" w:type="dxa"/>
            <w:vAlign w:val="center"/>
          </w:tcPr>
          <w:p w14:paraId="7E24F307" w14:textId="77777777" w:rsidR="00185DA6" w:rsidRDefault="00FC73C0">
            <w:pPr>
              <w:jc w:val="center"/>
            </w:pPr>
            <w:r>
              <w:rPr>
                <w:sz w:val="14"/>
              </w:rPr>
              <w:t>Wireless Mouse</w:t>
            </w:r>
          </w:p>
        </w:tc>
        <w:tc>
          <w:tcPr>
            <w:tcW w:w="1776" w:type="dxa"/>
            <w:vAlign w:val="center"/>
          </w:tcPr>
          <w:p w14:paraId="6A8C45F5" w14:textId="621A00FA" w:rsidR="00185DA6" w:rsidRDefault="00185DA6">
            <w:pPr>
              <w:jc w:val="center"/>
            </w:pPr>
          </w:p>
        </w:tc>
        <w:tc>
          <w:tcPr>
            <w:tcW w:w="1776" w:type="dxa"/>
            <w:vAlign w:val="center"/>
          </w:tcPr>
          <w:p w14:paraId="2264AFEE" w14:textId="77777777" w:rsidR="00185DA6" w:rsidRDefault="00185DA6">
            <w:pPr>
              <w:jc w:val="center"/>
            </w:pPr>
          </w:p>
        </w:tc>
        <w:tc>
          <w:tcPr>
            <w:tcW w:w="1776" w:type="dxa"/>
            <w:vAlign w:val="center"/>
          </w:tcPr>
          <w:p w14:paraId="0BBE14D5" w14:textId="77777777" w:rsidR="00185DA6" w:rsidRDefault="00185DA6">
            <w:pPr>
              <w:jc w:val="center"/>
            </w:pPr>
          </w:p>
        </w:tc>
      </w:tr>
      <w:tr w:rsidR="00185DA6" w14:paraId="03A464EE" w14:textId="77777777">
        <w:trPr>
          <w:jc w:val="center"/>
        </w:trPr>
        <w:tc>
          <w:tcPr>
            <w:tcW w:w="1776" w:type="dxa"/>
            <w:vAlign w:val="center"/>
          </w:tcPr>
          <w:p w14:paraId="11A80AF1" w14:textId="77777777" w:rsidR="00185DA6" w:rsidRDefault="00FC73C0">
            <w:pPr>
              <w:jc w:val="center"/>
            </w:pPr>
            <w:r>
              <w:rPr>
                <w:sz w:val="14"/>
              </w:rPr>
              <w:t>15</w:t>
            </w:r>
          </w:p>
        </w:tc>
        <w:tc>
          <w:tcPr>
            <w:tcW w:w="1776" w:type="dxa"/>
            <w:vAlign w:val="center"/>
          </w:tcPr>
          <w:p w14:paraId="76B88169" w14:textId="77777777" w:rsidR="00185DA6" w:rsidRDefault="00FC73C0">
            <w:pPr>
              <w:jc w:val="center"/>
            </w:pPr>
            <w:r>
              <w:rPr>
                <w:sz w:val="14"/>
              </w:rPr>
              <w:t>Stationery / Office Supplies</w:t>
            </w:r>
          </w:p>
        </w:tc>
        <w:tc>
          <w:tcPr>
            <w:tcW w:w="1776" w:type="dxa"/>
            <w:vAlign w:val="center"/>
          </w:tcPr>
          <w:p w14:paraId="1F498C63" w14:textId="77777777" w:rsidR="00185DA6" w:rsidRDefault="00FC73C0">
            <w:pPr>
              <w:jc w:val="center"/>
            </w:pPr>
            <w:r>
              <w:rPr>
                <w:sz w:val="14"/>
              </w:rPr>
              <w:t>Punch Machine</w:t>
            </w:r>
          </w:p>
        </w:tc>
        <w:tc>
          <w:tcPr>
            <w:tcW w:w="1776" w:type="dxa"/>
            <w:vAlign w:val="center"/>
          </w:tcPr>
          <w:p w14:paraId="639B7386" w14:textId="319C7CAE" w:rsidR="00185DA6" w:rsidRDefault="00185DA6">
            <w:pPr>
              <w:jc w:val="center"/>
            </w:pPr>
          </w:p>
        </w:tc>
        <w:tc>
          <w:tcPr>
            <w:tcW w:w="1776" w:type="dxa"/>
            <w:vAlign w:val="center"/>
          </w:tcPr>
          <w:p w14:paraId="5DABD968" w14:textId="77777777" w:rsidR="00185DA6" w:rsidRDefault="00185DA6">
            <w:pPr>
              <w:jc w:val="center"/>
            </w:pPr>
          </w:p>
        </w:tc>
        <w:tc>
          <w:tcPr>
            <w:tcW w:w="1776" w:type="dxa"/>
            <w:vAlign w:val="center"/>
          </w:tcPr>
          <w:p w14:paraId="24C0630B" w14:textId="77777777" w:rsidR="00185DA6" w:rsidRDefault="00185DA6">
            <w:pPr>
              <w:jc w:val="center"/>
            </w:pPr>
          </w:p>
        </w:tc>
      </w:tr>
      <w:tr w:rsidR="00185DA6" w14:paraId="6C8CCF9C" w14:textId="77777777">
        <w:trPr>
          <w:jc w:val="center"/>
        </w:trPr>
        <w:tc>
          <w:tcPr>
            <w:tcW w:w="1776" w:type="dxa"/>
            <w:vAlign w:val="center"/>
          </w:tcPr>
          <w:p w14:paraId="54C0C052" w14:textId="77777777" w:rsidR="00185DA6" w:rsidRDefault="00FC73C0">
            <w:pPr>
              <w:jc w:val="center"/>
            </w:pPr>
            <w:r>
              <w:rPr>
                <w:sz w:val="14"/>
              </w:rPr>
              <w:t>16</w:t>
            </w:r>
          </w:p>
        </w:tc>
        <w:tc>
          <w:tcPr>
            <w:tcW w:w="1776" w:type="dxa"/>
            <w:vAlign w:val="center"/>
          </w:tcPr>
          <w:p w14:paraId="019EFD08" w14:textId="77777777" w:rsidR="00185DA6" w:rsidRDefault="00FC73C0">
            <w:pPr>
              <w:jc w:val="center"/>
            </w:pPr>
            <w:r>
              <w:rPr>
                <w:sz w:val="14"/>
              </w:rPr>
              <w:t>Hygiene / Cleaning Supplies</w:t>
            </w:r>
          </w:p>
        </w:tc>
        <w:tc>
          <w:tcPr>
            <w:tcW w:w="1776" w:type="dxa"/>
            <w:vAlign w:val="center"/>
          </w:tcPr>
          <w:p w14:paraId="4B5DDD51" w14:textId="77777777" w:rsidR="00185DA6" w:rsidRDefault="00FC73C0">
            <w:pPr>
              <w:jc w:val="center"/>
            </w:pPr>
            <w:r>
              <w:rPr>
                <w:sz w:val="14"/>
              </w:rPr>
              <w:t>Hand wash 250ml</w:t>
            </w:r>
          </w:p>
        </w:tc>
        <w:tc>
          <w:tcPr>
            <w:tcW w:w="1776" w:type="dxa"/>
            <w:vAlign w:val="center"/>
          </w:tcPr>
          <w:p w14:paraId="6B005C38" w14:textId="3FAA6F4F" w:rsidR="00185DA6" w:rsidRDefault="00185DA6">
            <w:pPr>
              <w:jc w:val="center"/>
            </w:pPr>
          </w:p>
        </w:tc>
        <w:tc>
          <w:tcPr>
            <w:tcW w:w="1776" w:type="dxa"/>
            <w:vAlign w:val="center"/>
          </w:tcPr>
          <w:p w14:paraId="07DEB5F3" w14:textId="77777777" w:rsidR="00185DA6" w:rsidRDefault="00185DA6">
            <w:pPr>
              <w:jc w:val="center"/>
            </w:pPr>
          </w:p>
        </w:tc>
        <w:tc>
          <w:tcPr>
            <w:tcW w:w="1776" w:type="dxa"/>
            <w:vAlign w:val="center"/>
          </w:tcPr>
          <w:p w14:paraId="05F6EA72" w14:textId="77777777" w:rsidR="00185DA6" w:rsidRDefault="00185DA6">
            <w:pPr>
              <w:jc w:val="center"/>
            </w:pPr>
          </w:p>
        </w:tc>
      </w:tr>
      <w:tr w:rsidR="00185DA6" w14:paraId="754826BD" w14:textId="77777777">
        <w:trPr>
          <w:jc w:val="center"/>
        </w:trPr>
        <w:tc>
          <w:tcPr>
            <w:tcW w:w="1776" w:type="dxa"/>
            <w:vAlign w:val="center"/>
          </w:tcPr>
          <w:p w14:paraId="7105765A" w14:textId="77777777" w:rsidR="00185DA6" w:rsidRDefault="00FC73C0">
            <w:pPr>
              <w:jc w:val="center"/>
            </w:pPr>
            <w:r>
              <w:rPr>
                <w:sz w:val="14"/>
              </w:rPr>
              <w:t>17</w:t>
            </w:r>
          </w:p>
        </w:tc>
        <w:tc>
          <w:tcPr>
            <w:tcW w:w="1776" w:type="dxa"/>
            <w:vAlign w:val="center"/>
          </w:tcPr>
          <w:p w14:paraId="799A3D13" w14:textId="77777777" w:rsidR="00185DA6" w:rsidRDefault="00FC73C0">
            <w:pPr>
              <w:jc w:val="center"/>
            </w:pPr>
            <w:r>
              <w:rPr>
                <w:sz w:val="14"/>
              </w:rPr>
              <w:t>Hygiene / Cleaning Supplies</w:t>
            </w:r>
          </w:p>
        </w:tc>
        <w:tc>
          <w:tcPr>
            <w:tcW w:w="1776" w:type="dxa"/>
            <w:vAlign w:val="center"/>
          </w:tcPr>
          <w:p w14:paraId="2D25EEC6" w14:textId="77777777" w:rsidR="00185DA6" w:rsidRDefault="00FC73C0">
            <w:pPr>
              <w:jc w:val="center"/>
            </w:pPr>
            <w:r>
              <w:rPr>
                <w:sz w:val="14"/>
              </w:rPr>
              <w:t>Medicate Soap</w:t>
            </w:r>
          </w:p>
        </w:tc>
        <w:tc>
          <w:tcPr>
            <w:tcW w:w="1776" w:type="dxa"/>
            <w:vAlign w:val="center"/>
          </w:tcPr>
          <w:p w14:paraId="2345F8EC" w14:textId="3CBEB0AC" w:rsidR="00185DA6" w:rsidRDefault="00185DA6">
            <w:pPr>
              <w:jc w:val="center"/>
            </w:pPr>
          </w:p>
        </w:tc>
        <w:tc>
          <w:tcPr>
            <w:tcW w:w="1776" w:type="dxa"/>
            <w:vAlign w:val="center"/>
          </w:tcPr>
          <w:p w14:paraId="4E6B4B27" w14:textId="77777777" w:rsidR="00185DA6" w:rsidRDefault="00185DA6">
            <w:pPr>
              <w:jc w:val="center"/>
            </w:pPr>
          </w:p>
        </w:tc>
        <w:tc>
          <w:tcPr>
            <w:tcW w:w="1776" w:type="dxa"/>
            <w:vAlign w:val="center"/>
          </w:tcPr>
          <w:p w14:paraId="052EF3B5" w14:textId="77777777" w:rsidR="00185DA6" w:rsidRDefault="00185DA6">
            <w:pPr>
              <w:jc w:val="center"/>
            </w:pPr>
          </w:p>
        </w:tc>
      </w:tr>
      <w:tr w:rsidR="00185DA6" w14:paraId="0FB371AF" w14:textId="77777777">
        <w:trPr>
          <w:jc w:val="center"/>
        </w:trPr>
        <w:tc>
          <w:tcPr>
            <w:tcW w:w="1776" w:type="dxa"/>
            <w:vAlign w:val="center"/>
          </w:tcPr>
          <w:p w14:paraId="6C032581" w14:textId="77777777" w:rsidR="00185DA6" w:rsidRDefault="00FC73C0">
            <w:pPr>
              <w:jc w:val="center"/>
            </w:pPr>
            <w:r>
              <w:rPr>
                <w:sz w:val="14"/>
              </w:rPr>
              <w:t>18</w:t>
            </w:r>
          </w:p>
        </w:tc>
        <w:tc>
          <w:tcPr>
            <w:tcW w:w="1776" w:type="dxa"/>
            <w:vAlign w:val="center"/>
          </w:tcPr>
          <w:p w14:paraId="4FC2C803" w14:textId="77777777" w:rsidR="00185DA6" w:rsidRDefault="00FC73C0">
            <w:pPr>
              <w:jc w:val="center"/>
            </w:pPr>
            <w:r>
              <w:rPr>
                <w:sz w:val="14"/>
              </w:rPr>
              <w:t>Hygiene / Cleaning Supplies</w:t>
            </w:r>
          </w:p>
        </w:tc>
        <w:tc>
          <w:tcPr>
            <w:tcW w:w="1776" w:type="dxa"/>
            <w:vAlign w:val="center"/>
          </w:tcPr>
          <w:p w14:paraId="7E80088E" w14:textId="77777777" w:rsidR="00185DA6" w:rsidRDefault="00FC73C0">
            <w:pPr>
              <w:jc w:val="center"/>
            </w:pPr>
            <w:r>
              <w:rPr>
                <w:sz w:val="14"/>
              </w:rPr>
              <w:t>Tissue Box</w:t>
            </w:r>
          </w:p>
        </w:tc>
        <w:tc>
          <w:tcPr>
            <w:tcW w:w="1776" w:type="dxa"/>
            <w:vAlign w:val="center"/>
          </w:tcPr>
          <w:p w14:paraId="10D53E41" w14:textId="53687690" w:rsidR="00185DA6" w:rsidRDefault="00185DA6">
            <w:pPr>
              <w:jc w:val="center"/>
            </w:pPr>
          </w:p>
        </w:tc>
        <w:tc>
          <w:tcPr>
            <w:tcW w:w="1776" w:type="dxa"/>
            <w:vAlign w:val="center"/>
          </w:tcPr>
          <w:p w14:paraId="5FC1F118" w14:textId="77777777" w:rsidR="00185DA6" w:rsidRDefault="00185DA6">
            <w:pPr>
              <w:jc w:val="center"/>
            </w:pPr>
          </w:p>
        </w:tc>
        <w:tc>
          <w:tcPr>
            <w:tcW w:w="1776" w:type="dxa"/>
            <w:vAlign w:val="center"/>
          </w:tcPr>
          <w:p w14:paraId="2E4B0960" w14:textId="77777777" w:rsidR="00185DA6" w:rsidRDefault="00185DA6">
            <w:pPr>
              <w:jc w:val="center"/>
            </w:pPr>
          </w:p>
        </w:tc>
      </w:tr>
      <w:tr w:rsidR="00185DA6" w14:paraId="7AB7943D" w14:textId="77777777">
        <w:trPr>
          <w:jc w:val="center"/>
        </w:trPr>
        <w:tc>
          <w:tcPr>
            <w:tcW w:w="1776" w:type="dxa"/>
            <w:vAlign w:val="center"/>
          </w:tcPr>
          <w:p w14:paraId="721CF6D3" w14:textId="77777777" w:rsidR="00185DA6" w:rsidRDefault="00FC73C0">
            <w:pPr>
              <w:jc w:val="center"/>
            </w:pPr>
            <w:r>
              <w:rPr>
                <w:sz w:val="14"/>
              </w:rPr>
              <w:t>19</w:t>
            </w:r>
          </w:p>
        </w:tc>
        <w:tc>
          <w:tcPr>
            <w:tcW w:w="1776" w:type="dxa"/>
            <w:vAlign w:val="center"/>
          </w:tcPr>
          <w:p w14:paraId="5C35FBF4" w14:textId="77777777" w:rsidR="00185DA6" w:rsidRDefault="00FC73C0">
            <w:pPr>
              <w:jc w:val="center"/>
            </w:pPr>
            <w:r>
              <w:rPr>
                <w:sz w:val="14"/>
              </w:rPr>
              <w:t>Hygiene / Cleaning Supplies</w:t>
            </w:r>
          </w:p>
        </w:tc>
        <w:tc>
          <w:tcPr>
            <w:tcW w:w="1776" w:type="dxa"/>
            <w:vAlign w:val="center"/>
          </w:tcPr>
          <w:p w14:paraId="1E0FB0DC" w14:textId="77777777" w:rsidR="00185DA6" w:rsidRDefault="00FC73C0">
            <w:pPr>
              <w:jc w:val="center"/>
            </w:pPr>
            <w:r>
              <w:rPr>
                <w:sz w:val="14"/>
              </w:rPr>
              <w:t>Tissue Rolls</w:t>
            </w:r>
          </w:p>
        </w:tc>
        <w:tc>
          <w:tcPr>
            <w:tcW w:w="1776" w:type="dxa"/>
            <w:vAlign w:val="center"/>
          </w:tcPr>
          <w:p w14:paraId="5B00AD01" w14:textId="49505EFF" w:rsidR="00185DA6" w:rsidRDefault="00185DA6">
            <w:pPr>
              <w:jc w:val="center"/>
            </w:pPr>
          </w:p>
        </w:tc>
        <w:tc>
          <w:tcPr>
            <w:tcW w:w="1776" w:type="dxa"/>
            <w:vAlign w:val="center"/>
          </w:tcPr>
          <w:p w14:paraId="43F9EB56" w14:textId="77777777" w:rsidR="00185DA6" w:rsidRDefault="00185DA6">
            <w:pPr>
              <w:jc w:val="center"/>
            </w:pPr>
          </w:p>
        </w:tc>
        <w:tc>
          <w:tcPr>
            <w:tcW w:w="1776" w:type="dxa"/>
            <w:vAlign w:val="center"/>
          </w:tcPr>
          <w:p w14:paraId="65C61243" w14:textId="77777777" w:rsidR="00185DA6" w:rsidRDefault="00185DA6">
            <w:pPr>
              <w:jc w:val="center"/>
            </w:pPr>
          </w:p>
        </w:tc>
      </w:tr>
      <w:tr w:rsidR="00185DA6" w14:paraId="0584EB4D" w14:textId="77777777">
        <w:trPr>
          <w:jc w:val="center"/>
        </w:trPr>
        <w:tc>
          <w:tcPr>
            <w:tcW w:w="1776" w:type="dxa"/>
            <w:vAlign w:val="center"/>
          </w:tcPr>
          <w:p w14:paraId="6FBEEAAF" w14:textId="77777777" w:rsidR="00185DA6" w:rsidRDefault="00FC73C0">
            <w:pPr>
              <w:jc w:val="center"/>
            </w:pPr>
            <w:r>
              <w:rPr>
                <w:sz w:val="14"/>
              </w:rPr>
              <w:t>20</w:t>
            </w:r>
          </w:p>
        </w:tc>
        <w:tc>
          <w:tcPr>
            <w:tcW w:w="1776" w:type="dxa"/>
            <w:vAlign w:val="center"/>
          </w:tcPr>
          <w:p w14:paraId="0A3E259A" w14:textId="77777777" w:rsidR="00185DA6" w:rsidRDefault="00FC73C0">
            <w:pPr>
              <w:jc w:val="center"/>
            </w:pPr>
            <w:r>
              <w:rPr>
                <w:sz w:val="14"/>
              </w:rPr>
              <w:t>Hygiene / Cleaning Supplies</w:t>
            </w:r>
          </w:p>
        </w:tc>
        <w:tc>
          <w:tcPr>
            <w:tcW w:w="1776" w:type="dxa"/>
            <w:vAlign w:val="center"/>
          </w:tcPr>
          <w:p w14:paraId="0D353953" w14:textId="77777777" w:rsidR="00185DA6" w:rsidRDefault="00FC73C0">
            <w:pPr>
              <w:jc w:val="center"/>
            </w:pPr>
            <w:r>
              <w:rPr>
                <w:sz w:val="14"/>
              </w:rPr>
              <w:t>Wash Room Cleaner</w:t>
            </w:r>
          </w:p>
        </w:tc>
        <w:tc>
          <w:tcPr>
            <w:tcW w:w="1776" w:type="dxa"/>
            <w:vAlign w:val="center"/>
          </w:tcPr>
          <w:p w14:paraId="4DE4D75B" w14:textId="189A1759" w:rsidR="00185DA6" w:rsidRDefault="00185DA6">
            <w:pPr>
              <w:jc w:val="center"/>
            </w:pPr>
          </w:p>
        </w:tc>
        <w:tc>
          <w:tcPr>
            <w:tcW w:w="1776" w:type="dxa"/>
            <w:vAlign w:val="center"/>
          </w:tcPr>
          <w:p w14:paraId="5F268C5B" w14:textId="77777777" w:rsidR="00185DA6" w:rsidRDefault="00185DA6">
            <w:pPr>
              <w:jc w:val="center"/>
            </w:pPr>
          </w:p>
        </w:tc>
        <w:tc>
          <w:tcPr>
            <w:tcW w:w="1776" w:type="dxa"/>
            <w:vAlign w:val="center"/>
          </w:tcPr>
          <w:p w14:paraId="64E37824" w14:textId="77777777" w:rsidR="00185DA6" w:rsidRDefault="00185DA6">
            <w:pPr>
              <w:jc w:val="center"/>
            </w:pPr>
          </w:p>
        </w:tc>
      </w:tr>
      <w:tr w:rsidR="00185DA6" w14:paraId="2555CE83" w14:textId="77777777">
        <w:trPr>
          <w:jc w:val="center"/>
        </w:trPr>
        <w:tc>
          <w:tcPr>
            <w:tcW w:w="1776" w:type="dxa"/>
            <w:vAlign w:val="center"/>
          </w:tcPr>
          <w:p w14:paraId="5743A3DD" w14:textId="77777777" w:rsidR="00185DA6" w:rsidRDefault="00FC73C0">
            <w:pPr>
              <w:jc w:val="center"/>
            </w:pPr>
            <w:r>
              <w:rPr>
                <w:sz w:val="14"/>
              </w:rPr>
              <w:t>21</w:t>
            </w:r>
          </w:p>
        </w:tc>
        <w:tc>
          <w:tcPr>
            <w:tcW w:w="1776" w:type="dxa"/>
            <w:vAlign w:val="center"/>
          </w:tcPr>
          <w:p w14:paraId="58F24CA5" w14:textId="77777777" w:rsidR="00185DA6" w:rsidRDefault="00FC73C0">
            <w:pPr>
              <w:jc w:val="center"/>
            </w:pPr>
            <w:r>
              <w:rPr>
                <w:sz w:val="14"/>
              </w:rPr>
              <w:t>Hygiene / Cleaning Supplies</w:t>
            </w:r>
          </w:p>
        </w:tc>
        <w:tc>
          <w:tcPr>
            <w:tcW w:w="1776" w:type="dxa"/>
            <w:vAlign w:val="center"/>
          </w:tcPr>
          <w:p w14:paraId="62733D57" w14:textId="77777777" w:rsidR="00185DA6" w:rsidRDefault="00FC73C0">
            <w:pPr>
              <w:jc w:val="center"/>
            </w:pPr>
            <w:r>
              <w:rPr>
                <w:sz w:val="14"/>
              </w:rPr>
              <w:t>Dish Washing Soap</w:t>
            </w:r>
          </w:p>
        </w:tc>
        <w:tc>
          <w:tcPr>
            <w:tcW w:w="1776" w:type="dxa"/>
            <w:vAlign w:val="center"/>
          </w:tcPr>
          <w:p w14:paraId="7A0525EB" w14:textId="10862D00" w:rsidR="00185DA6" w:rsidRDefault="00185DA6">
            <w:pPr>
              <w:jc w:val="center"/>
            </w:pPr>
          </w:p>
        </w:tc>
        <w:tc>
          <w:tcPr>
            <w:tcW w:w="1776" w:type="dxa"/>
            <w:vAlign w:val="center"/>
          </w:tcPr>
          <w:p w14:paraId="328C971E" w14:textId="77777777" w:rsidR="00185DA6" w:rsidRDefault="00185DA6">
            <w:pPr>
              <w:jc w:val="center"/>
            </w:pPr>
          </w:p>
        </w:tc>
        <w:tc>
          <w:tcPr>
            <w:tcW w:w="1776" w:type="dxa"/>
            <w:vAlign w:val="center"/>
          </w:tcPr>
          <w:p w14:paraId="568E1F5B" w14:textId="77777777" w:rsidR="00185DA6" w:rsidRDefault="00185DA6">
            <w:pPr>
              <w:jc w:val="center"/>
            </w:pPr>
          </w:p>
        </w:tc>
      </w:tr>
      <w:tr w:rsidR="00185DA6" w14:paraId="56219D47" w14:textId="77777777">
        <w:trPr>
          <w:jc w:val="center"/>
        </w:trPr>
        <w:tc>
          <w:tcPr>
            <w:tcW w:w="1776" w:type="dxa"/>
            <w:vAlign w:val="center"/>
          </w:tcPr>
          <w:p w14:paraId="67E03302" w14:textId="77777777" w:rsidR="00185DA6" w:rsidRDefault="00FC73C0">
            <w:pPr>
              <w:jc w:val="center"/>
            </w:pPr>
            <w:r>
              <w:rPr>
                <w:sz w:val="14"/>
              </w:rPr>
              <w:t>22</w:t>
            </w:r>
          </w:p>
        </w:tc>
        <w:tc>
          <w:tcPr>
            <w:tcW w:w="1776" w:type="dxa"/>
            <w:vAlign w:val="center"/>
          </w:tcPr>
          <w:p w14:paraId="1F11AF24" w14:textId="77777777" w:rsidR="00185DA6" w:rsidRDefault="00FC73C0">
            <w:pPr>
              <w:jc w:val="center"/>
            </w:pPr>
            <w:r>
              <w:rPr>
                <w:sz w:val="14"/>
              </w:rPr>
              <w:t>Hygiene / Cleaning Supplies</w:t>
            </w:r>
          </w:p>
        </w:tc>
        <w:tc>
          <w:tcPr>
            <w:tcW w:w="1776" w:type="dxa"/>
            <w:vAlign w:val="center"/>
          </w:tcPr>
          <w:p w14:paraId="0478C2A3" w14:textId="77777777" w:rsidR="00185DA6" w:rsidRDefault="00FC73C0">
            <w:pPr>
              <w:jc w:val="center"/>
            </w:pPr>
            <w:r>
              <w:rPr>
                <w:sz w:val="14"/>
              </w:rPr>
              <w:t>Room Spray</w:t>
            </w:r>
          </w:p>
        </w:tc>
        <w:tc>
          <w:tcPr>
            <w:tcW w:w="1776" w:type="dxa"/>
            <w:vAlign w:val="center"/>
          </w:tcPr>
          <w:p w14:paraId="27CF906D" w14:textId="6DE04A7B" w:rsidR="00185DA6" w:rsidRDefault="00185DA6">
            <w:pPr>
              <w:jc w:val="center"/>
            </w:pPr>
          </w:p>
        </w:tc>
        <w:tc>
          <w:tcPr>
            <w:tcW w:w="1776" w:type="dxa"/>
            <w:vAlign w:val="center"/>
          </w:tcPr>
          <w:p w14:paraId="60E47BB0" w14:textId="77777777" w:rsidR="00185DA6" w:rsidRDefault="00185DA6">
            <w:pPr>
              <w:jc w:val="center"/>
            </w:pPr>
          </w:p>
        </w:tc>
        <w:tc>
          <w:tcPr>
            <w:tcW w:w="1776" w:type="dxa"/>
            <w:vAlign w:val="center"/>
          </w:tcPr>
          <w:p w14:paraId="386A03D4" w14:textId="77777777" w:rsidR="00185DA6" w:rsidRDefault="00185DA6">
            <w:pPr>
              <w:jc w:val="center"/>
            </w:pPr>
          </w:p>
        </w:tc>
      </w:tr>
      <w:tr w:rsidR="00185DA6" w14:paraId="263D1E98" w14:textId="77777777">
        <w:trPr>
          <w:jc w:val="center"/>
        </w:trPr>
        <w:tc>
          <w:tcPr>
            <w:tcW w:w="1776" w:type="dxa"/>
            <w:vAlign w:val="center"/>
          </w:tcPr>
          <w:p w14:paraId="629B8EA6" w14:textId="77777777" w:rsidR="00185DA6" w:rsidRDefault="00FC73C0">
            <w:pPr>
              <w:jc w:val="center"/>
            </w:pPr>
            <w:r>
              <w:rPr>
                <w:sz w:val="14"/>
              </w:rPr>
              <w:t>23</w:t>
            </w:r>
          </w:p>
        </w:tc>
        <w:tc>
          <w:tcPr>
            <w:tcW w:w="1776" w:type="dxa"/>
            <w:vAlign w:val="center"/>
          </w:tcPr>
          <w:p w14:paraId="04BC58B1" w14:textId="77777777" w:rsidR="00185DA6" w:rsidRDefault="00FC73C0">
            <w:pPr>
              <w:jc w:val="center"/>
            </w:pPr>
            <w:r>
              <w:rPr>
                <w:sz w:val="14"/>
              </w:rPr>
              <w:t>Hygiene / Cleaning Supplies</w:t>
            </w:r>
          </w:p>
        </w:tc>
        <w:tc>
          <w:tcPr>
            <w:tcW w:w="1776" w:type="dxa"/>
            <w:vAlign w:val="center"/>
          </w:tcPr>
          <w:p w14:paraId="48A31E5F" w14:textId="77777777" w:rsidR="00185DA6" w:rsidRDefault="00FC73C0">
            <w:pPr>
              <w:jc w:val="center"/>
            </w:pPr>
            <w:r>
              <w:rPr>
                <w:sz w:val="14"/>
              </w:rPr>
              <w:t>Flannel Dusters</w:t>
            </w:r>
          </w:p>
        </w:tc>
        <w:tc>
          <w:tcPr>
            <w:tcW w:w="1776" w:type="dxa"/>
            <w:vAlign w:val="center"/>
          </w:tcPr>
          <w:p w14:paraId="34D0F276" w14:textId="275D33E2" w:rsidR="00185DA6" w:rsidRDefault="00185DA6">
            <w:pPr>
              <w:jc w:val="center"/>
            </w:pPr>
          </w:p>
        </w:tc>
        <w:tc>
          <w:tcPr>
            <w:tcW w:w="1776" w:type="dxa"/>
            <w:vAlign w:val="center"/>
          </w:tcPr>
          <w:p w14:paraId="4EF26B70" w14:textId="77777777" w:rsidR="00185DA6" w:rsidRDefault="00185DA6">
            <w:pPr>
              <w:jc w:val="center"/>
            </w:pPr>
          </w:p>
        </w:tc>
        <w:tc>
          <w:tcPr>
            <w:tcW w:w="1776" w:type="dxa"/>
            <w:vAlign w:val="center"/>
          </w:tcPr>
          <w:p w14:paraId="451087F8" w14:textId="77777777" w:rsidR="00185DA6" w:rsidRDefault="00185DA6">
            <w:pPr>
              <w:jc w:val="center"/>
            </w:pPr>
          </w:p>
        </w:tc>
      </w:tr>
      <w:tr w:rsidR="00185DA6" w14:paraId="5ADA54F0" w14:textId="77777777">
        <w:trPr>
          <w:jc w:val="center"/>
        </w:trPr>
        <w:tc>
          <w:tcPr>
            <w:tcW w:w="1776" w:type="dxa"/>
            <w:vAlign w:val="center"/>
          </w:tcPr>
          <w:p w14:paraId="11CB7D78" w14:textId="77777777" w:rsidR="00185DA6" w:rsidRDefault="00FC73C0">
            <w:pPr>
              <w:jc w:val="center"/>
            </w:pPr>
            <w:r>
              <w:rPr>
                <w:sz w:val="14"/>
              </w:rPr>
              <w:t>24</w:t>
            </w:r>
          </w:p>
        </w:tc>
        <w:tc>
          <w:tcPr>
            <w:tcW w:w="1776" w:type="dxa"/>
            <w:vAlign w:val="center"/>
          </w:tcPr>
          <w:p w14:paraId="46992CAD" w14:textId="77777777" w:rsidR="00185DA6" w:rsidRDefault="00FC73C0">
            <w:pPr>
              <w:jc w:val="center"/>
            </w:pPr>
            <w:r>
              <w:rPr>
                <w:sz w:val="14"/>
              </w:rPr>
              <w:t>Hygiene / Cleaning Supplies</w:t>
            </w:r>
          </w:p>
        </w:tc>
        <w:tc>
          <w:tcPr>
            <w:tcW w:w="1776" w:type="dxa"/>
            <w:vAlign w:val="center"/>
          </w:tcPr>
          <w:p w14:paraId="7D53B8A5" w14:textId="77777777" w:rsidR="00185DA6" w:rsidRDefault="00FC73C0">
            <w:pPr>
              <w:jc w:val="center"/>
            </w:pPr>
            <w:r>
              <w:rPr>
                <w:sz w:val="14"/>
              </w:rPr>
              <w:t>Floor Cleaners</w:t>
            </w:r>
          </w:p>
        </w:tc>
        <w:tc>
          <w:tcPr>
            <w:tcW w:w="1776" w:type="dxa"/>
            <w:vAlign w:val="center"/>
          </w:tcPr>
          <w:p w14:paraId="0FDF7CF1" w14:textId="2BF9CE50" w:rsidR="00185DA6" w:rsidRDefault="00185DA6">
            <w:pPr>
              <w:jc w:val="center"/>
            </w:pPr>
          </w:p>
        </w:tc>
        <w:tc>
          <w:tcPr>
            <w:tcW w:w="1776" w:type="dxa"/>
            <w:vAlign w:val="center"/>
          </w:tcPr>
          <w:p w14:paraId="0BC8EBB7" w14:textId="77777777" w:rsidR="00185DA6" w:rsidRDefault="00185DA6">
            <w:pPr>
              <w:jc w:val="center"/>
            </w:pPr>
          </w:p>
        </w:tc>
        <w:tc>
          <w:tcPr>
            <w:tcW w:w="1776" w:type="dxa"/>
            <w:vAlign w:val="center"/>
          </w:tcPr>
          <w:p w14:paraId="36078DDE" w14:textId="77777777" w:rsidR="00185DA6" w:rsidRDefault="00185DA6">
            <w:pPr>
              <w:jc w:val="center"/>
            </w:pPr>
          </w:p>
        </w:tc>
      </w:tr>
      <w:tr w:rsidR="00185DA6" w14:paraId="00DC96AF" w14:textId="77777777">
        <w:trPr>
          <w:jc w:val="center"/>
        </w:trPr>
        <w:tc>
          <w:tcPr>
            <w:tcW w:w="1776" w:type="dxa"/>
            <w:vAlign w:val="center"/>
          </w:tcPr>
          <w:p w14:paraId="04F96C7C" w14:textId="77777777" w:rsidR="00185DA6" w:rsidRDefault="00FC73C0">
            <w:pPr>
              <w:jc w:val="center"/>
            </w:pPr>
            <w:r>
              <w:rPr>
                <w:sz w:val="14"/>
              </w:rPr>
              <w:t>25</w:t>
            </w:r>
          </w:p>
        </w:tc>
        <w:tc>
          <w:tcPr>
            <w:tcW w:w="1776" w:type="dxa"/>
            <w:vAlign w:val="center"/>
          </w:tcPr>
          <w:p w14:paraId="6FC376BC" w14:textId="77777777" w:rsidR="00185DA6" w:rsidRDefault="00FC73C0">
            <w:pPr>
              <w:jc w:val="center"/>
            </w:pPr>
            <w:r>
              <w:rPr>
                <w:sz w:val="14"/>
              </w:rPr>
              <w:t>Hygiene / Cleaning Supplies</w:t>
            </w:r>
          </w:p>
        </w:tc>
        <w:tc>
          <w:tcPr>
            <w:tcW w:w="1776" w:type="dxa"/>
            <w:vAlign w:val="center"/>
          </w:tcPr>
          <w:p w14:paraId="38AEF226" w14:textId="77777777" w:rsidR="00185DA6" w:rsidRDefault="00FC73C0">
            <w:pPr>
              <w:jc w:val="center"/>
            </w:pPr>
            <w:r>
              <w:rPr>
                <w:sz w:val="14"/>
              </w:rPr>
              <w:t>Glass Cleaners</w:t>
            </w:r>
          </w:p>
        </w:tc>
        <w:tc>
          <w:tcPr>
            <w:tcW w:w="1776" w:type="dxa"/>
            <w:vAlign w:val="center"/>
          </w:tcPr>
          <w:p w14:paraId="2A8C6C5B" w14:textId="4834F6F8" w:rsidR="00185DA6" w:rsidRDefault="00185DA6">
            <w:pPr>
              <w:jc w:val="center"/>
            </w:pPr>
          </w:p>
        </w:tc>
        <w:tc>
          <w:tcPr>
            <w:tcW w:w="1776" w:type="dxa"/>
            <w:vAlign w:val="center"/>
          </w:tcPr>
          <w:p w14:paraId="68259CA6" w14:textId="77777777" w:rsidR="00185DA6" w:rsidRDefault="00185DA6">
            <w:pPr>
              <w:jc w:val="center"/>
            </w:pPr>
          </w:p>
        </w:tc>
        <w:tc>
          <w:tcPr>
            <w:tcW w:w="1776" w:type="dxa"/>
            <w:vAlign w:val="center"/>
          </w:tcPr>
          <w:p w14:paraId="05F771FC" w14:textId="77777777" w:rsidR="00185DA6" w:rsidRDefault="00185DA6">
            <w:pPr>
              <w:jc w:val="center"/>
            </w:pPr>
          </w:p>
        </w:tc>
      </w:tr>
      <w:tr w:rsidR="00185DA6" w14:paraId="249865D7" w14:textId="77777777">
        <w:trPr>
          <w:jc w:val="center"/>
        </w:trPr>
        <w:tc>
          <w:tcPr>
            <w:tcW w:w="1776" w:type="dxa"/>
            <w:vAlign w:val="center"/>
          </w:tcPr>
          <w:p w14:paraId="298D6BA7" w14:textId="77777777" w:rsidR="00185DA6" w:rsidRDefault="00FC73C0">
            <w:pPr>
              <w:jc w:val="center"/>
            </w:pPr>
            <w:r>
              <w:rPr>
                <w:sz w:val="14"/>
              </w:rPr>
              <w:t>26</w:t>
            </w:r>
          </w:p>
        </w:tc>
        <w:tc>
          <w:tcPr>
            <w:tcW w:w="1776" w:type="dxa"/>
            <w:vAlign w:val="center"/>
          </w:tcPr>
          <w:p w14:paraId="3167A25D" w14:textId="77777777" w:rsidR="00185DA6" w:rsidRDefault="00FC73C0">
            <w:pPr>
              <w:jc w:val="center"/>
            </w:pPr>
            <w:r>
              <w:rPr>
                <w:sz w:val="14"/>
              </w:rPr>
              <w:t>Stationery / Office Supplies</w:t>
            </w:r>
          </w:p>
        </w:tc>
        <w:tc>
          <w:tcPr>
            <w:tcW w:w="1776" w:type="dxa"/>
            <w:vAlign w:val="center"/>
          </w:tcPr>
          <w:p w14:paraId="6FCC8DB4" w14:textId="77777777" w:rsidR="00185DA6" w:rsidRDefault="00FC73C0">
            <w:pPr>
              <w:jc w:val="center"/>
            </w:pPr>
            <w:r>
              <w:rPr>
                <w:sz w:val="14"/>
              </w:rPr>
              <w:t>Box Files</w:t>
            </w:r>
          </w:p>
        </w:tc>
        <w:tc>
          <w:tcPr>
            <w:tcW w:w="1776" w:type="dxa"/>
            <w:vAlign w:val="center"/>
          </w:tcPr>
          <w:p w14:paraId="156538A1" w14:textId="1CB45FD2" w:rsidR="00185DA6" w:rsidRDefault="00185DA6">
            <w:pPr>
              <w:jc w:val="center"/>
            </w:pPr>
          </w:p>
        </w:tc>
        <w:tc>
          <w:tcPr>
            <w:tcW w:w="1776" w:type="dxa"/>
            <w:vAlign w:val="center"/>
          </w:tcPr>
          <w:p w14:paraId="673A2884" w14:textId="77777777" w:rsidR="00185DA6" w:rsidRDefault="00185DA6">
            <w:pPr>
              <w:jc w:val="center"/>
            </w:pPr>
          </w:p>
        </w:tc>
        <w:tc>
          <w:tcPr>
            <w:tcW w:w="1776" w:type="dxa"/>
            <w:vAlign w:val="center"/>
          </w:tcPr>
          <w:p w14:paraId="3D313A5A" w14:textId="77777777" w:rsidR="00185DA6" w:rsidRDefault="00185DA6">
            <w:pPr>
              <w:jc w:val="center"/>
            </w:pPr>
          </w:p>
        </w:tc>
      </w:tr>
      <w:tr w:rsidR="00185DA6" w14:paraId="09FEB66B" w14:textId="77777777">
        <w:trPr>
          <w:jc w:val="center"/>
        </w:trPr>
        <w:tc>
          <w:tcPr>
            <w:tcW w:w="1776" w:type="dxa"/>
            <w:vAlign w:val="center"/>
          </w:tcPr>
          <w:p w14:paraId="0587A61A" w14:textId="77777777" w:rsidR="00185DA6" w:rsidRDefault="00FC73C0">
            <w:pPr>
              <w:jc w:val="center"/>
            </w:pPr>
            <w:r>
              <w:rPr>
                <w:sz w:val="14"/>
              </w:rPr>
              <w:t>27</w:t>
            </w:r>
          </w:p>
        </w:tc>
        <w:tc>
          <w:tcPr>
            <w:tcW w:w="1776" w:type="dxa"/>
            <w:vAlign w:val="center"/>
          </w:tcPr>
          <w:p w14:paraId="3FFBE160" w14:textId="77777777" w:rsidR="00185DA6" w:rsidRDefault="00FC73C0">
            <w:pPr>
              <w:jc w:val="center"/>
            </w:pPr>
            <w:r>
              <w:rPr>
                <w:sz w:val="14"/>
              </w:rPr>
              <w:t>Stationery / Office Supplies</w:t>
            </w:r>
          </w:p>
        </w:tc>
        <w:tc>
          <w:tcPr>
            <w:tcW w:w="1776" w:type="dxa"/>
            <w:vAlign w:val="center"/>
          </w:tcPr>
          <w:p w14:paraId="3D0206FA" w14:textId="77777777" w:rsidR="00185DA6" w:rsidRDefault="00FC73C0">
            <w:pPr>
              <w:jc w:val="center"/>
            </w:pPr>
            <w:r>
              <w:rPr>
                <w:sz w:val="14"/>
              </w:rPr>
              <w:t>Box Files Narrow Back</w:t>
            </w:r>
          </w:p>
        </w:tc>
        <w:tc>
          <w:tcPr>
            <w:tcW w:w="1776" w:type="dxa"/>
            <w:vAlign w:val="center"/>
          </w:tcPr>
          <w:p w14:paraId="11D27C44" w14:textId="6E52341F" w:rsidR="00185DA6" w:rsidRDefault="00185DA6">
            <w:pPr>
              <w:jc w:val="center"/>
            </w:pPr>
          </w:p>
        </w:tc>
        <w:tc>
          <w:tcPr>
            <w:tcW w:w="1776" w:type="dxa"/>
            <w:vAlign w:val="center"/>
          </w:tcPr>
          <w:p w14:paraId="52F5EF34" w14:textId="77777777" w:rsidR="00185DA6" w:rsidRDefault="00185DA6">
            <w:pPr>
              <w:jc w:val="center"/>
            </w:pPr>
          </w:p>
        </w:tc>
        <w:tc>
          <w:tcPr>
            <w:tcW w:w="1776" w:type="dxa"/>
            <w:vAlign w:val="center"/>
          </w:tcPr>
          <w:p w14:paraId="3FE68810" w14:textId="77777777" w:rsidR="00185DA6" w:rsidRDefault="00185DA6">
            <w:pPr>
              <w:jc w:val="center"/>
            </w:pPr>
          </w:p>
        </w:tc>
      </w:tr>
      <w:tr w:rsidR="00185DA6" w14:paraId="172088F6" w14:textId="77777777">
        <w:trPr>
          <w:jc w:val="center"/>
        </w:trPr>
        <w:tc>
          <w:tcPr>
            <w:tcW w:w="1776" w:type="dxa"/>
            <w:vAlign w:val="center"/>
          </w:tcPr>
          <w:p w14:paraId="0BA8C9DE" w14:textId="77777777" w:rsidR="00185DA6" w:rsidRDefault="00FC73C0">
            <w:pPr>
              <w:jc w:val="center"/>
            </w:pPr>
            <w:r>
              <w:rPr>
                <w:sz w:val="14"/>
              </w:rPr>
              <w:t>28</w:t>
            </w:r>
          </w:p>
        </w:tc>
        <w:tc>
          <w:tcPr>
            <w:tcW w:w="1776" w:type="dxa"/>
            <w:vAlign w:val="center"/>
          </w:tcPr>
          <w:p w14:paraId="6554F674" w14:textId="77777777" w:rsidR="00185DA6" w:rsidRDefault="00FC73C0">
            <w:pPr>
              <w:jc w:val="center"/>
            </w:pPr>
            <w:r>
              <w:rPr>
                <w:sz w:val="14"/>
              </w:rPr>
              <w:t>Stationery / Office Supplies</w:t>
            </w:r>
          </w:p>
        </w:tc>
        <w:tc>
          <w:tcPr>
            <w:tcW w:w="1776" w:type="dxa"/>
            <w:vAlign w:val="center"/>
          </w:tcPr>
          <w:p w14:paraId="077FB1D0" w14:textId="77777777" w:rsidR="00185DA6" w:rsidRDefault="00FC73C0">
            <w:pPr>
              <w:jc w:val="center"/>
            </w:pPr>
            <w:r>
              <w:rPr>
                <w:sz w:val="14"/>
              </w:rPr>
              <w:t>Packets Ball Pen Piano</w:t>
            </w:r>
          </w:p>
        </w:tc>
        <w:tc>
          <w:tcPr>
            <w:tcW w:w="1776" w:type="dxa"/>
            <w:vAlign w:val="center"/>
          </w:tcPr>
          <w:p w14:paraId="48D51ABB" w14:textId="25769FB6" w:rsidR="00185DA6" w:rsidRDefault="00185DA6">
            <w:pPr>
              <w:jc w:val="center"/>
            </w:pPr>
          </w:p>
        </w:tc>
        <w:tc>
          <w:tcPr>
            <w:tcW w:w="1776" w:type="dxa"/>
            <w:vAlign w:val="center"/>
          </w:tcPr>
          <w:p w14:paraId="326F4B2E" w14:textId="77777777" w:rsidR="00185DA6" w:rsidRDefault="00185DA6">
            <w:pPr>
              <w:jc w:val="center"/>
            </w:pPr>
          </w:p>
        </w:tc>
        <w:tc>
          <w:tcPr>
            <w:tcW w:w="1776" w:type="dxa"/>
            <w:vAlign w:val="center"/>
          </w:tcPr>
          <w:p w14:paraId="72A3F5FB" w14:textId="77777777" w:rsidR="00185DA6" w:rsidRDefault="00185DA6">
            <w:pPr>
              <w:jc w:val="center"/>
            </w:pPr>
          </w:p>
        </w:tc>
      </w:tr>
      <w:tr w:rsidR="00185DA6" w14:paraId="7FDBAFE0" w14:textId="77777777">
        <w:trPr>
          <w:jc w:val="center"/>
        </w:trPr>
        <w:tc>
          <w:tcPr>
            <w:tcW w:w="1776" w:type="dxa"/>
            <w:vAlign w:val="center"/>
          </w:tcPr>
          <w:p w14:paraId="5632F2B3" w14:textId="77777777" w:rsidR="00185DA6" w:rsidRDefault="00FC73C0">
            <w:pPr>
              <w:jc w:val="center"/>
            </w:pPr>
            <w:r>
              <w:rPr>
                <w:sz w:val="14"/>
              </w:rPr>
              <w:t>29</w:t>
            </w:r>
          </w:p>
        </w:tc>
        <w:tc>
          <w:tcPr>
            <w:tcW w:w="1776" w:type="dxa"/>
            <w:vAlign w:val="center"/>
          </w:tcPr>
          <w:p w14:paraId="7B9592BE" w14:textId="77777777" w:rsidR="00185DA6" w:rsidRDefault="00FC73C0">
            <w:pPr>
              <w:jc w:val="center"/>
            </w:pPr>
            <w:r>
              <w:rPr>
                <w:sz w:val="14"/>
              </w:rPr>
              <w:t>Stationery / Office Supplies</w:t>
            </w:r>
          </w:p>
        </w:tc>
        <w:tc>
          <w:tcPr>
            <w:tcW w:w="1776" w:type="dxa"/>
            <w:vAlign w:val="center"/>
          </w:tcPr>
          <w:p w14:paraId="342B7B6F" w14:textId="77777777" w:rsidR="00185DA6" w:rsidRDefault="00FC73C0">
            <w:pPr>
              <w:jc w:val="center"/>
            </w:pPr>
            <w:r>
              <w:rPr>
                <w:sz w:val="14"/>
              </w:rPr>
              <w:t>Packets Thumb Pins</w:t>
            </w:r>
          </w:p>
        </w:tc>
        <w:tc>
          <w:tcPr>
            <w:tcW w:w="1776" w:type="dxa"/>
            <w:vAlign w:val="center"/>
          </w:tcPr>
          <w:p w14:paraId="032B2745" w14:textId="06F0FBB6" w:rsidR="00185DA6" w:rsidRDefault="00185DA6">
            <w:pPr>
              <w:jc w:val="center"/>
            </w:pPr>
          </w:p>
        </w:tc>
        <w:tc>
          <w:tcPr>
            <w:tcW w:w="1776" w:type="dxa"/>
            <w:vAlign w:val="center"/>
          </w:tcPr>
          <w:p w14:paraId="298E42A8" w14:textId="77777777" w:rsidR="00185DA6" w:rsidRDefault="00185DA6">
            <w:pPr>
              <w:jc w:val="center"/>
            </w:pPr>
          </w:p>
        </w:tc>
        <w:tc>
          <w:tcPr>
            <w:tcW w:w="1776" w:type="dxa"/>
            <w:vAlign w:val="center"/>
          </w:tcPr>
          <w:p w14:paraId="519FF08A" w14:textId="77777777" w:rsidR="00185DA6" w:rsidRDefault="00185DA6">
            <w:pPr>
              <w:jc w:val="center"/>
            </w:pPr>
          </w:p>
        </w:tc>
      </w:tr>
      <w:tr w:rsidR="00185DA6" w14:paraId="686BADF2" w14:textId="77777777">
        <w:trPr>
          <w:jc w:val="center"/>
        </w:trPr>
        <w:tc>
          <w:tcPr>
            <w:tcW w:w="1776" w:type="dxa"/>
            <w:vAlign w:val="center"/>
          </w:tcPr>
          <w:p w14:paraId="29F72B19" w14:textId="77777777" w:rsidR="00185DA6" w:rsidRDefault="00FC73C0">
            <w:pPr>
              <w:jc w:val="center"/>
            </w:pPr>
            <w:r>
              <w:rPr>
                <w:sz w:val="14"/>
              </w:rPr>
              <w:t>30</w:t>
            </w:r>
          </w:p>
        </w:tc>
        <w:tc>
          <w:tcPr>
            <w:tcW w:w="1776" w:type="dxa"/>
            <w:vAlign w:val="center"/>
          </w:tcPr>
          <w:p w14:paraId="0A3D2857" w14:textId="77777777" w:rsidR="00185DA6" w:rsidRDefault="00FC73C0">
            <w:pPr>
              <w:jc w:val="center"/>
            </w:pPr>
            <w:r>
              <w:rPr>
                <w:sz w:val="14"/>
              </w:rPr>
              <w:t>Stationery / Office Supplies</w:t>
            </w:r>
          </w:p>
        </w:tc>
        <w:tc>
          <w:tcPr>
            <w:tcW w:w="1776" w:type="dxa"/>
            <w:vAlign w:val="center"/>
          </w:tcPr>
          <w:p w14:paraId="6741454E" w14:textId="77777777" w:rsidR="00185DA6" w:rsidRDefault="00FC73C0">
            <w:pPr>
              <w:jc w:val="center"/>
            </w:pPr>
            <w:r>
              <w:rPr>
                <w:sz w:val="14"/>
              </w:rPr>
              <w:t>Packets Pointer Pen</w:t>
            </w:r>
          </w:p>
        </w:tc>
        <w:tc>
          <w:tcPr>
            <w:tcW w:w="1776" w:type="dxa"/>
            <w:vAlign w:val="center"/>
          </w:tcPr>
          <w:p w14:paraId="4E0CA7EA" w14:textId="0B36E8F8" w:rsidR="00185DA6" w:rsidRDefault="00185DA6">
            <w:pPr>
              <w:jc w:val="center"/>
            </w:pPr>
          </w:p>
        </w:tc>
        <w:tc>
          <w:tcPr>
            <w:tcW w:w="1776" w:type="dxa"/>
            <w:vAlign w:val="center"/>
          </w:tcPr>
          <w:p w14:paraId="56928908" w14:textId="77777777" w:rsidR="00185DA6" w:rsidRDefault="00185DA6">
            <w:pPr>
              <w:jc w:val="center"/>
            </w:pPr>
          </w:p>
        </w:tc>
        <w:tc>
          <w:tcPr>
            <w:tcW w:w="1776" w:type="dxa"/>
            <w:vAlign w:val="center"/>
          </w:tcPr>
          <w:p w14:paraId="4E9FED9E" w14:textId="77777777" w:rsidR="00185DA6" w:rsidRDefault="00185DA6">
            <w:pPr>
              <w:jc w:val="center"/>
            </w:pPr>
          </w:p>
        </w:tc>
      </w:tr>
      <w:tr w:rsidR="00185DA6" w14:paraId="2CEBC257" w14:textId="77777777">
        <w:trPr>
          <w:jc w:val="center"/>
        </w:trPr>
        <w:tc>
          <w:tcPr>
            <w:tcW w:w="1776" w:type="dxa"/>
            <w:vAlign w:val="center"/>
          </w:tcPr>
          <w:p w14:paraId="05FD1E2B" w14:textId="77777777" w:rsidR="00185DA6" w:rsidRDefault="00FC73C0">
            <w:pPr>
              <w:jc w:val="center"/>
            </w:pPr>
            <w:r>
              <w:rPr>
                <w:sz w:val="14"/>
              </w:rPr>
              <w:t>31</w:t>
            </w:r>
          </w:p>
        </w:tc>
        <w:tc>
          <w:tcPr>
            <w:tcW w:w="1776" w:type="dxa"/>
            <w:vAlign w:val="center"/>
          </w:tcPr>
          <w:p w14:paraId="5A7B17C2" w14:textId="77777777" w:rsidR="00185DA6" w:rsidRDefault="00FC73C0">
            <w:pPr>
              <w:jc w:val="center"/>
            </w:pPr>
            <w:r>
              <w:rPr>
                <w:sz w:val="14"/>
              </w:rPr>
              <w:t>Stationery / Office Supplies</w:t>
            </w:r>
          </w:p>
        </w:tc>
        <w:tc>
          <w:tcPr>
            <w:tcW w:w="1776" w:type="dxa"/>
            <w:vAlign w:val="center"/>
          </w:tcPr>
          <w:p w14:paraId="3F4B59E6" w14:textId="77777777" w:rsidR="00185DA6" w:rsidRDefault="00FC73C0">
            <w:pPr>
              <w:jc w:val="center"/>
            </w:pPr>
            <w:r>
              <w:rPr>
                <w:sz w:val="14"/>
              </w:rPr>
              <w:t>Box Highlighters Yellow</w:t>
            </w:r>
          </w:p>
        </w:tc>
        <w:tc>
          <w:tcPr>
            <w:tcW w:w="1776" w:type="dxa"/>
            <w:vAlign w:val="center"/>
          </w:tcPr>
          <w:p w14:paraId="48C4A006" w14:textId="531BBC14" w:rsidR="00185DA6" w:rsidRDefault="00185DA6">
            <w:pPr>
              <w:jc w:val="center"/>
            </w:pPr>
          </w:p>
        </w:tc>
        <w:tc>
          <w:tcPr>
            <w:tcW w:w="1776" w:type="dxa"/>
            <w:vAlign w:val="center"/>
          </w:tcPr>
          <w:p w14:paraId="3A3BED5B" w14:textId="77777777" w:rsidR="00185DA6" w:rsidRDefault="00185DA6">
            <w:pPr>
              <w:jc w:val="center"/>
            </w:pPr>
          </w:p>
        </w:tc>
        <w:tc>
          <w:tcPr>
            <w:tcW w:w="1776" w:type="dxa"/>
            <w:vAlign w:val="center"/>
          </w:tcPr>
          <w:p w14:paraId="280D9A78" w14:textId="77777777" w:rsidR="00185DA6" w:rsidRDefault="00185DA6">
            <w:pPr>
              <w:jc w:val="center"/>
            </w:pPr>
          </w:p>
        </w:tc>
      </w:tr>
      <w:tr w:rsidR="00185DA6" w14:paraId="60CC92FA" w14:textId="77777777">
        <w:trPr>
          <w:jc w:val="center"/>
        </w:trPr>
        <w:tc>
          <w:tcPr>
            <w:tcW w:w="1776" w:type="dxa"/>
            <w:vAlign w:val="center"/>
          </w:tcPr>
          <w:p w14:paraId="6B8B47CA" w14:textId="77777777" w:rsidR="00185DA6" w:rsidRDefault="00FC73C0">
            <w:pPr>
              <w:jc w:val="center"/>
            </w:pPr>
            <w:r>
              <w:rPr>
                <w:sz w:val="14"/>
              </w:rPr>
              <w:t>32</w:t>
            </w:r>
          </w:p>
        </w:tc>
        <w:tc>
          <w:tcPr>
            <w:tcW w:w="1776" w:type="dxa"/>
            <w:vAlign w:val="center"/>
          </w:tcPr>
          <w:p w14:paraId="594DF576" w14:textId="77777777" w:rsidR="00185DA6" w:rsidRDefault="00FC73C0">
            <w:pPr>
              <w:jc w:val="center"/>
            </w:pPr>
            <w:r>
              <w:rPr>
                <w:sz w:val="14"/>
              </w:rPr>
              <w:t>Stationery / Office Supplies</w:t>
            </w:r>
          </w:p>
        </w:tc>
        <w:tc>
          <w:tcPr>
            <w:tcW w:w="1776" w:type="dxa"/>
            <w:vAlign w:val="center"/>
          </w:tcPr>
          <w:p w14:paraId="1ECE8B0F" w14:textId="77777777" w:rsidR="00185DA6" w:rsidRDefault="00FC73C0">
            <w:pPr>
              <w:jc w:val="center"/>
            </w:pPr>
            <w:r>
              <w:rPr>
                <w:sz w:val="14"/>
              </w:rPr>
              <w:t>Foldback Binder Clips Packets Medium</w:t>
            </w:r>
          </w:p>
        </w:tc>
        <w:tc>
          <w:tcPr>
            <w:tcW w:w="1776" w:type="dxa"/>
            <w:vAlign w:val="center"/>
          </w:tcPr>
          <w:p w14:paraId="74B97418" w14:textId="4C58836A" w:rsidR="00185DA6" w:rsidRDefault="00185DA6">
            <w:pPr>
              <w:jc w:val="center"/>
            </w:pPr>
          </w:p>
        </w:tc>
        <w:tc>
          <w:tcPr>
            <w:tcW w:w="1776" w:type="dxa"/>
            <w:vAlign w:val="center"/>
          </w:tcPr>
          <w:p w14:paraId="09A7BF06" w14:textId="77777777" w:rsidR="00185DA6" w:rsidRDefault="00185DA6">
            <w:pPr>
              <w:jc w:val="center"/>
            </w:pPr>
          </w:p>
        </w:tc>
        <w:tc>
          <w:tcPr>
            <w:tcW w:w="1776" w:type="dxa"/>
            <w:vAlign w:val="center"/>
          </w:tcPr>
          <w:p w14:paraId="0357F7DD" w14:textId="77777777" w:rsidR="00185DA6" w:rsidRDefault="00185DA6">
            <w:pPr>
              <w:jc w:val="center"/>
            </w:pPr>
          </w:p>
        </w:tc>
      </w:tr>
      <w:tr w:rsidR="00185DA6" w14:paraId="60094738" w14:textId="77777777">
        <w:trPr>
          <w:jc w:val="center"/>
        </w:trPr>
        <w:tc>
          <w:tcPr>
            <w:tcW w:w="1776" w:type="dxa"/>
            <w:vAlign w:val="center"/>
          </w:tcPr>
          <w:p w14:paraId="232F7BC8" w14:textId="77777777" w:rsidR="00185DA6" w:rsidRDefault="00FC73C0">
            <w:pPr>
              <w:jc w:val="center"/>
            </w:pPr>
            <w:r>
              <w:rPr>
                <w:sz w:val="14"/>
              </w:rPr>
              <w:t>33</w:t>
            </w:r>
          </w:p>
        </w:tc>
        <w:tc>
          <w:tcPr>
            <w:tcW w:w="1776" w:type="dxa"/>
            <w:vAlign w:val="center"/>
          </w:tcPr>
          <w:p w14:paraId="6FAC5DE7" w14:textId="77777777" w:rsidR="00185DA6" w:rsidRDefault="00FC73C0">
            <w:pPr>
              <w:jc w:val="center"/>
            </w:pPr>
            <w:r>
              <w:rPr>
                <w:sz w:val="14"/>
              </w:rPr>
              <w:t>Stationery / Office Supplies</w:t>
            </w:r>
          </w:p>
        </w:tc>
        <w:tc>
          <w:tcPr>
            <w:tcW w:w="1776" w:type="dxa"/>
            <w:vAlign w:val="center"/>
          </w:tcPr>
          <w:p w14:paraId="429B543D" w14:textId="77777777" w:rsidR="00185DA6" w:rsidRDefault="00FC73C0">
            <w:pPr>
              <w:jc w:val="center"/>
            </w:pPr>
            <w:r>
              <w:rPr>
                <w:sz w:val="14"/>
              </w:rPr>
              <w:t>Box Binder Clips Large</w:t>
            </w:r>
          </w:p>
        </w:tc>
        <w:tc>
          <w:tcPr>
            <w:tcW w:w="1776" w:type="dxa"/>
            <w:vAlign w:val="center"/>
          </w:tcPr>
          <w:p w14:paraId="5BFB8299" w14:textId="40E760A6" w:rsidR="00185DA6" w:rsidRDefault="00185DA6">
            <w:pPr>
              <w:jc w:val="center"/>
            </w:pPr>
          </w:p>
        </w:tc>
        <w:tc>
          <w:tcPr>
            <w:tcW w:w="1776" w:type="dxa"/>
            <w:vAlign w:val="center"/>
          </w:tcPr>
          <w:p w14:paraId="5ACE0AA3" w14:textId="77777777" w:rsidR="00185DA6" w:rsidRDefault="00185DA6">
            <w:pPr>
              <w:jc w:val="center"/>
            </w:pPr>
          </w:p>
        </w:tc>
        <w:tc>
          <w:tcPr>
            <w:tcW w:w="1776" w:type="dxa"/>
            <w:vAlign w:val="center"/>
          </w:tcPr>
          <w:p w14:paraId="2D7AEE00" w14:textId="77777777" w:rsidR="00185DA6" w:rsidRDefault="00185DA6">
            <w:pPr>
              <w:jc w:val="center"/>
            </w:pPr>
          </w:p>
        </w:tc>
      </w:tr>
      <w:tr w:rsidR="00185DA6" w14:paraId="3CCC6509" w14:textId="77777777">
        <w:trPr>
          <w:jc w:val="center"/>
        </w:trPr>
        <w:tc>
          <w:tcPr>
            <w:tcW w:w="1776" w:type="dxa"/>
            <w:vAlign w:val="center"/>
          </w:tcPr>
          <w:p w14:paraId="5EFE2BA6" w14:textId="77777777" w:rsidR="00185DA6" w:rsidRDefault="00FC73C0">
            <w:pPr>
              <w:jc w:val="center"/>
            </w:pPr>
            <w:r>
              <w:rPr>
                <w:sz w:val="14"/>
              </w:rPr>
              <w:t>34</w:t>
            </w:r>
          </w:p>
        </w:tc>
        <w:tc>
          <w:tcPr>
            <w:tcW w:w="1776" w:type="dxa"/>
            <w:vAlign w:val="center"/>
          </w:tcPr>
          <w:p w14:paraId="57DD6641" w14:textId="77777777" w:rsidR="00185DA6" w:rsidRDefault="00FC73C0">
            <w:pPr>
              <w:jc w:val="center"/>
            </w:pPr>
            <w:r>
              <w:rPr>
                <w:sz w:val="14"/>
              </w:rPr>
              <w:t>Stationery / Office Supplies</w:t>
            </w:r>
          </w:p>
        </w:tc>
        <w:tc>
          <w:tcPr>
            <w:tcW w:w="1776" w:type="dxa"/>
            <w:vAlign w:val="center"/>
          </w:tcPr>
          <w:p w14:paraId="63A8BB7B" w14:textId="77777777" w:rsidR="00185DA6" w:rsidRDefault="00FC73C0">
            <w:pPr>
              <w:jc w:val="center"/>
            </w:pPr>
            <w:r>
              <w:rPr>
                <w:sz w:val="14"/>
              </w:rPr>
              <w:t>Box Binder Clips Small</w:t>
            </w:r>
          </w:p>
        </w:tc>
        <w:tc>
          <w:tcPr>
            <w:tcW w:w="1776" w:type="dxa"/>
            <w:vAlign w:val="center"/>
          </w:tcPr>
          <w:p w14:paraId="5B2D3ECA" w14:textId="794F0AB7" w:rsidR="00185DA6" w:rsidRDefault="00185DA6">
            <w:pPr>
              <w:jc w:val="center"/>
            </w:pPr>
          </w:p>
        </w:tc>
        <w:tc>
          <w:tcPr>
            <w:tcW w:w="1776" w:type="dxa"/>
            <w:vAlign w:val="center"/>
          </w:tcPr>
          <w:p w14:paraId="71CEB4CE" w14:textId="77777777" w:rsidR="00185DA6" w:rsidRDefault="00185DA6">
            <w:pPr>
              <w:jc w:val="center"/>
            </w:pPr>
          </w:p>
        </w:tc>
        <w:tc>
          <w:tcPr>
            <w:tcW w:w="1776" w:type="dxa"/>
            <w:vAlign w:val="center"/>
          </w:tcPr>
          <w:p w14:paraId="21FB327B" w14:textId="77777777" w:rsidR="00185DA6" w:rsidRDefault="00185DA6">
            <w:pPr>
              <w:jc w:val="center"/>
            </w:pPr>
          </w:p>
        </w:tc>
      </w:tr>
      <w:tr w:rsidR="00185DA6" w14:paraId="600D15FB" w14:textId="77777777">
        <w:trPr>
          <w:jc w:val="center"/>
        </w:trPr>
        <w:tc>
          <w:tcPr>
            <w:tcW w:w="1776" w:type="dxa"/>
            <w:vAlign w:val="center"/>
          </w:tcPr>
          <w:p w14:paraId="084CE7A2" w14:textId="77777777" w:rsidR="00185DA6" w:rsidRDefault="00FC73C0">
            <w:pPr>
              <w:jc w:val="center"/>
            </w:pPr>
            <w:r>
              <w:rPr>
                <w:sz w:val="14"/>
              </w:rPr>
              <w:t>35</w:t>
            </w:r>
          </w:p>
        </w:tc>
        <w:tc>
          <w:tcPr>
            <w:tcW w:w="1776" w:type="dxa"/>
            <w:vAlign w:val="center"/>
          </w:tcPr>
          <w:p w14:paraId="095EF1C5" w14:textId="77777777" w:rsidR="00185DA6" w:rsidRDefault="00FC73C0">
            <w:pPr>
              <w:jc w:val="center"/>
            </w:pPr>
            <w:r>
              <w:rPr>
                <w:sz w:val="14"/>
              </w:rPr>
              <w:t>Stationery / Office Supplies</w:t>
            </w:r>
          </w:p>
        </w:tc>
        <w:tc>
          <w:tcPr>
            <w:tcW w:w="1776" w:type="dxa"/>
            <w:vAlign w:val="center"/>
          </w:tcPr>
          <w:p w14:paraId="1A6DC3B9" w14:textId="77777777" w:rsidR="00185DA6" w:rsidRDefault="00FC73C0">
            <w:pPr>
              <w:jc w:val="center"/>
            </w:pPr>
            <w:r>
              <w:rPr>
                <w:sz w:val="14"/>
              </w:rPr>
              <w:t>Paper Cutter</w:t>
            </w:r>
          </w:p>
        </w:tc>
        <w:tc>
          <w:tcPr>
            <w:tcW w:w="1776" w:type="dxa"/>
            <w:vAlign w:val="center"/>
          </w:tcPr>
          <w:p w14:paraId="7FFA49AC" w14:textId="047DCD4C" w:rsidR="00185DA6" w:rsidRDefault="00185DA6">
            <w:pPr>
              <w:jc w:val="center"/>
            </w:pPr>
          </w:p>
        </w:tc>
        <w:tc>
          <w:tcPr>
            <w:tcW w:w="1776" w:type="dxa"/>
            <w:vAlign w:val="center"/>
          </w:tcPr>
          <w:p w14:paraId="3FE957E6" w14:textId="77777777" w:rsidR="00185DA6" w:rsidRDefault="00185DA6">
            <w:pPr>
              <w:jc w:val="center"/>
            </w:pPr>
          </w:p>
        </w:tc>
        <w:tc>
          <w:tcPr>
            <w:tcW w:w="1776" w:type="dxa"/>
            <w:vAlign w:val="center"/>
          </w:tcPr>
          <w:p w14:paraId="75DDFBAD" w14:textId="77777777" w:rsidR="00185DA6" w:rsidRDefault="00185DA6">
            <w:pPr>
              <w:jc w:val="center"/>
            </w:pPr>
          </w:p>
        </w:tc>
      </w:tr>
      <w:tr w:rsidR="00185DA6" w14:paraId="275E81B4" w14:textId="77777777">
        <w:trPr>
          <w:jc w:val="center"/>
        </w:trPr>
        <w:tc>
          <w:tcPr>
            <w:tcW w:w="1776" w:type="dxa"/>
            <w:vAlign w:val="center"/>
          </w:tcPr>
          <w:p w14:paraId="71111B04" w14:textId="77777777" w:rsidR="00185DA6" w:rsidRDefault="00FC73C0">
            <w:pPr>
              <w:jc w:val="center"/>
            </w:pPr>
            <w:r>
              <w:rPr>
                <w:sz w:val="14"/>
              </w:rPr>
              <w:t>36</w:t>
            </w:r>
          </w:p>
        </w:tc>
        <w:tc>
          <w:tcPr>
            <w:tcW w:w="1776" w:type="dxa"/>
            <w:vAlign w:val="center"/>
          </w:tcPr>
          <w:p w14:paraId="38466AAE" w14:textId="77777777" w:rsidR="00185DA6" w:rsidRDefault="00FC73C0">
            <w:pPr>
              <w:jc w:val="center"/>
            </w:pPr>
            <w:r>
              <w:rPr>
                <w:sz w:val="14"/>
              </w:rPr>
              <w:t>Stationery / Office Supplies</w:t>
            </w:r>
          </w:p>
        </w:tc>
        <w:tc>
          <w:tcPr>
            <w:tcW w:w="1776" w:type="dxa"/>
            <w:vAlign w:val="center"/>
          </w:tcPr>
          <w:p w14:paraId="0077635E" w14:textId="77777777" w:rsidR="00185DA6" w:rsidRDefault="00FC73C0">
            <w:pPr>
              <w:jc w:val="center"/>
            </w:pPr>
            <w:r>
              <w:rPr>
                <w:sz w:val="14"/>
              </w:rPr>
              <w:t>File Separators Plastic</w:t>
            </w:r>
          </w:p>
        </w:tc>
        <w:tc>
          <w:tcPr>
            <w:tcW w:w="1776" w:type="dxa"/>
            <w:vAlign w:val="center"/>
          </w:tcPr>
          <w:p w14:paraId="7F2BAB91" w14:textId="40A1FB50" w:rsidR="00185DA6" w:rsidRDefault="00185DA6">
            <w:pPr>
              <w:jc w:val="center"/>
            </w:pPr>
          </w:p>
        </w:tc>
        <w:tc>
          <w:tcPr>
            <w:tcW w:w="1776" w:type="dxa"/>
            <w:vAlign w:val="center"/>
          </w:tcPr>
          <w:p w14:paraId="4961D023" w14:textId="77777777" w:rsidR="00185DA6" w:rsidRDefault="00185DA6">
            <w:pPr>
              <w:jc w:val="center"/>
            </w:pPr>
          </w:p>
        </w:tc>
        <w:tc>
          <w:tcPr>
            <w:tcW w:w="1776" w:type="dxa"/>
            <w:vAlign w:val="center"/>
          </w:tcPr>
          <w:p w14:paraId="487ABAD6" w14:textId="77777777" w:rsidR="00185DA6" w:rsidRDefault="00185DA6">
            <w:pPr>
              <w:jc w:val="center"/>
            </w:pPr>
          </w:p>
        </w:tc>
      </w:tr>
      <w:tr w:rsidR="00185DA6" w14:paraId="054F9C67" w14:textId="77777777">
        <w:trPr>
          <w:jc w:val="center"/>
        </w:trPr>
        <w:tc>
          <w:tcPr>
            <w:tcW w:w="1776" w:type="dxa"/>
            <w:vAlign w:val="center"/>
          </w:tcPr>
          <w:p w14:paraId="6FA2A7AF" w14:textId="77777777" w:rsidR="00185DA6" w:rsidRDefault="00FC73C0">
            <w:pPr>
              <w:jc w:val="center"/>
            </w:pPr>
            <w:r>
              <w:rPr>
                <w:sz w:val="14"/>
              </w:rPr>
              <w:t>37</w:t>
            </w:r>
          </w:p>
        </w:tc>
        <w:tc>
          <w:tcPr>
            <w:tcW w:w="1776" w:type="dxa"/>
            <w:vAlign w:val="center"/>
          </w:tcPr>
          <w:p w14:paraId="4E07E7D9" w14:textId="77777777" w:rsidR="00185DA6" w:rsidRDefault="00FC73C0">
            <w:pPr>
              <w:jc w:val="center"/>
            </w:pPr>
            <w:r>
              <w:rPr>
                <w:sz w:val="14"/>
              </w:rPr>
              <w:t>Printing / Reprographic Materials</w:t>
            </w:r>
          </w:p>
        </w:tc>
        <w:tc>
          <w:tcPr>
            <w:tcW w:w="1776" w:type="dxa"/>
            <w:vAlign w:val="center"/>
          </w:tcPr>
          <w:p w14:paraId="205652AA" w14:textId="77777777" w:rsidR="00185DA6" w:rsidRDefault="00FC73C0">
            <w:pPr>
              <w:jc w:val="center"/>
            </w:pPr>
            <w:r>
              <w:rPr>
                <w:sz w:val="14"/>
              </w:rPr>
              <w:t>Envelope White Medium</w:t>
            </w:r>
          </w:p>
        </w:tc>
        <w:tc>
          <w:tcPr>
            <w:tcW w:w="1776" w:type="dxa"/>
            <w:vAlign w:val="center"/>
          </w:tcPr>
          <w:p w14:paraId="2AAE0DA4" w14:textId="3E67B5BA" w:rsidR="00185DA6" w:rsidRDefault="00185DA6">
            <w:pPr>
              <w:jc w:val="center"/>
            </w:pPr>
          </w:p>
        </w:tc>
        <w:tc>
          <w:tcPr>
            <w:tcW w:w="1776" w:type="dxa"/>
            <w:vAlign w:val="center"/>
          </w:tcPr>
          <w:p w14:paraId="724E03CC" w14:textId="77777777" w:rsidR="00185DA6" w:rsidRDefault="00185DA6">
            <w:pPr>
              <w:jc w:val="center"/>
            </w:pPr>
          </w:p>
        </w:tc>
        <w:tc>
          <w:tcPr>
            <w:tcW w:w="1776" w:type="dxa"/>
            <w:vAlign w:val="center"/>
          </w:tcPr>
          <w:p w14:paraId="35F4A44B" w14:textId="77777777" w:rsidR="00185DA6" w:rsidRDefault="00185DA6">
            <w:pPr>
              <w:jc w:val="center"/>
            </w:pPr>
          </w:p>
        </w:tc>
      </w:tr>
      <w:tr w:rsidR="00185DA6" w14:paraId="784A5B05" w14:textId="77777777">
        <w:trPr>
          <w:jc w:val="center"/>
        </w:trPr>
        <w:tc>
          <w:tcPr>
            <w:tcW w:w="1776" w:type="dxa"/>
            <w:vAlign w:val="center"/>
          </w:tcPr>
          <w:p w14:paraId="5A2FD603" w14:textId="77777777" w:rsidR="00185DA6" w:rsidRDefault="00FC73C0">
            <w:pPr>
              <w:jc w:val="center"/>
            </w:pPr>
            <w:r>
              <w:rPr>
                <w:sz w:val="14"/>
              </w:rPr>
              <w:t>38</w:t>
            </w:r>
          </w:p>
        </w:tc>
        <w:tc>
          <w:tcPr>
            <w:tcW w:w="1776" w:type="dxa"/>
            <w:vAlign w:val="center"/>
          </w:tcPr>
          <w:p w14:paraId="78320C93" w14:textId="77777777" w:rsidR="00185DA6" w:rsidRDefault="00FC73C0">
            <w:pPr>
              <w:jc w:val="center"/>
            </w:pPr>
            <w:r>
              <w:rPr>
                <w:sz w:val="14"/>
              </w:rPr>
              <w:t>Printing / Reprographic Materials</w:t>
            </w:r>
          </w:p>
        </w:tc>
        <w:tc>
          <w:tcPr>
            <w:tcW w:w="1776" w:type="dxa"/>
            <w:vAlign w:val="center"/>
          </w:tcPr>
          <w:p w14:paraId="33195B4A" w14:textId="77777777" w:rsidR="00185DA6" w:rsidRDefault="00FC73C0">
            <w:pPr>
              <w:jc w:val="center"/>
            </w:pPr>
            <w:r>
              <w:rPr>
                <w:sz w:val="14"/>
              </w:rPr>
              <w:t>Envelope White Small</w:t>
            </w:r>
          </w:p>
        </w:tc>
        <w:tc>
          <w:tcPr>
            <w:tcW w:w="1776" w:type="dxa"/>
            <w:vAlign w:val="center"/>
          </w:tcPr>
          <w:p w14:paraId="6ECFF155" w14:textId="1F382226" w:rsidR="00185DA6" w:rsidRDefault="00185DA6">
            <w:pPr>
              <w:jc w:val="center"/>
            </w:pPr>
          </w:p>
        </w:tc>
        <w:tc>
          <w:tcPr>
            <w:tcW w:w="1776" w:type="dxa"/>
            <w:vAlign w:val="center"/>
          </w:tcPr>
          <w:p w14:paraId="3A6A46B6" w14:textId="77777777" w:rsidR="00185DA6" w:rsidRDefault="00185DA6">
            <w:pPr>
              <w:jc w:val="center"/>
            </w:pPr>
          </w:p>
        </w:tc>
        <w:tc>
          <w:tcPr>
            <w:tcW w:w="1776" w:type="dxa"/>
            <w:vAlign w:val="center"/>
          </w:tcPr>
          <w:p w14:paraId="1A277F46" w14:textId="77777777" w:rsidR="00185DA6" w:rsidRDefault="00185DA6">
            <w:pPr>
              <w:jc w:val="center"/>
            </w:pPr>
          </w:p>
        </w:tc>
      </w:tr>
      <w:tr w:rsidR="00185DA6" w14:paraId="6A978E55" w14:textId="77777777">
        <w:trPr>
          <w:jc w:val="center"/>
        </w:trPr>
        <w:tc>
          <w:tcPr>
            <w:tcW w:w="1776" w:type="dxa"/>
            <w:vAlign w:val="center"/>
          </w:tcPr>
          <w:p w14:paraId="5792D0AB" w14:textId="77777777" w:rsidR="00185DA6" w:rsidRDefault="00FC73C0">
            <w:pPr>
              <w:jc w:val="center"/>
            </w:pPr>
            <w:r>
              <w:rPr>
                <w:sz w:val="14"/>
              </w:rPr>
              <w:lastRenderedPageBreak/>
              <w:t>39</w:t>
            </w:r>
          </w:p>
        </w:tc>
        <w:tc>
          <w:tcPr>
            <w:tcW w:w="1776" w:type="dxa"/>
            <w:vAlign w:val="center"/>
          </w:tcPr>
          <w:p w14:paraId="365C01B8" w14:textId="77777777" w:rsidR="00185DA6" w:rsidRDefault="00FC73C0">
            <w:pPr>
              <w:jc w:val="center"/>
            </w:pPr>
            <w:r>
              <w:rPr>
                <w:sz w:val="14"/>
              </w:rPr>
              <w:t>Stationery / Office Supplies</w:t>
            </w:r>
          </w:p>
        </w:tc>
        <w:tc>
          <w:tcPr>
            <w:tcW w:w="1776" w:type="dxa"/>
            <w:vAlign w:val="center"/>
          </w:tcPr>
          <w:p w14:paraId="02BAC245" w14:textId="77777777" w:rsidR="00185DA6" w:rsidRDefault="00FC73C0">
            <w:pPr>
              <w:jc w:val="center"/>
            </w:pPr>
            <w:r>
              <w:rPr>
                <w:sz w:val="14"/>
              </w:rPr>
              <w:t>Packets Gem Clips</w:t>
            </w:r>
          </w:p>
        </w:tc>
        <w:tc>
          <w:tcPr>
            <w:tcW w:w="1776" w:type="dxa"/>
            <w:vAlign w:val="center"/>
          </w:tcPr>
          <w:p w14:paraId="51BB7D0C" w14:textId="7D7E03FF" w:rsidR="00185DA6" w:rsidRDefault="00185DA6">
            <w:pPr>
              <w:jc w:val="center"/>
            </w:pPr>
          </w:p>
        </w:tc>
        <w:tc>
          <w:tcPr>
            <w:tcW w:w="1776" w:type="dxa"/>
            <w:vAlign w:val="center"/>
          </w:tcPr>
          <w:p w14:paraId="20B9271B" w14:textId="77777777" w:rsidR="00185DA6" w:rsidRDefault="00185DA6">
            <w:pPr>
              <w:jc w:val="center"/>
            </w:pPr>
          </w:p>
        </w:tc>
        <w:tc>
          <w:tcPr>
            <w:tcW w:w="1776" w:type="dxa"/>
            <w:vAlign w:val="center"/>
          </w:tcPr>
          <w:p w14:paraId="7A1DF6F2" w14:textId="77777777" w:rsidR="00185DA6" w:rsidRDefault="00185DA6">
            <w:pPr>
              <w:jc w:val="center"/>
            </w:pPr>
          </w:p>
        </w:tc>
      </w:tr>
      <w:tr w:rsidR="00185DA6" w14:paraId="53550831" w14:textId="77777777">
        <w:trPr>
          <w:jc w:val="center"/>
        </w:trPr>
        <w:tc>
          <w:tcPr>
            <w:tcW w:w="1776" w:type="dxa"/>
            <w:vAlign w:val="center"/>
          </w:tcPr>
          <w:p w14:paraId="533C4CC9" w14:textId="77777777" w:rsidR="00185DA6" w:rsidRDefault="00FC73C0">
            <w:pPr>
              <w:jc w:val="center"/>
            </w:pPr>
            <w:r>
              <w:rPr>
                <w:sz w:val="14"/>
              </w:rPr>
              <w:t>40</w:t>
            </w:r>
          </w:p>
        </w:tc>
        <w:tc>
          <w:tcPr>
            <w:tcW w:w="1776" w:type="dxa"/>
            <w:vAlign w:val="center"/>
          </w:tcPr>
          <w:p w14:paraId="4B5AA92A" w14:textId="77777777" w:rsidR="00185DA6" w:rsidRDefault="00FC73C0">
            <w:pPr>
              <w:jc w:val="center"/>
            </w:pPr>
            <w:r>
              <w:rPr>
                <w:sz w:val="14"/>
              </w:rPr>
              <w:t>Stationery / Office Supplies</w:t>
            </w:r>
          </w:p>
        </w:tc>
        <w:tc>
          <w:tcPr>
            <w:tcW w:w="1776" w:type="dxa"/>
            <w:vAlign w:val="center"/>
          </w:tcPr>
          <w:p w14:paraId="70188A8B" w14:textId="77777777" w:rsidR="00185DA6" w:rsidRDefault="00FC73C0">
            <w:pPr>
              <w:jc w:val="center"/>
            </w:pPr>
            <w:r>
              <w:rPr>
                <w:sz w:val="14"/>
              </w:rPr>
              <w:t>Gum Sticks</w:t>
            </w:r>
          </w:p>
        </w:tc>
        <w:tc>
          <w:tcPr>
            <w:tcW w:w="1776" w:type="dxa"/>
            <w:vAlign w:val="center"/>
          </w:tcPr>
          <w:p w14:paraId="7887F1FA" w14:textId="6596AFF8" w:rsidR="00185DA6" w:rsidRDefault="00185DA6">
            <w:pPr>
              <w:jc w:val="center"/>
            </w:pPr>
          </w:p>
        </w:tc>
        <w:tc>
          <w:tcPr>
            <w:tcW w:w="1776" w:type="dxa"/>
            <w:vAlign w:val="center"/>
          </w:tcPr>
          <w:p w14:paraId="125AEADA" w14:textId="77777777" w:rsidR="00185DA6" w:rsidRDefault="00185DA6">
            <w:pPr>
              <w:jc w:val="center"/>
            </w:pPr>
          </w:p>
        </w:tc>
        <w:tc>
          <w:tcPr>
            <w:tcW w:w="1776" w:type="dxa"/>
            <w:vAlign w:val="center"/>
          </w:tcPr>
          <w:p w14:paraId="44F05761" w14:textId="77777777" w:rsidR="00185DA6" w:rsidRDefault="00185DA6">
            <w:pPr>
              <w:jc w:val="center"/>
            </w:pPr>
          </w:p>
        </w:tc>
      </w:tr>
      <w:tr w:rsidR="00185DA6" w14:paraId="135E5C62" w14:textId="77777777">
        <w:trPr>
          <w:jc w:val="center"/>
        </w:trPr>
        <w:tc>
          <w:tcPr>
            <w:tcW w:w="1776" w:type="dxa"/>
            <w:vAlign w:val="center"/>
          </w:tcPr>
          <w:p w14:paraId="0028257C" w14:textId="77777777" w:rsidR="00185DA6" w:rsidRDefault="00FC73C0">
            <w:pPr>
              <w:jc w:val="center"/>
            </w:pPr>
            <w:r>
              <w:rPr>
                <w:sz w:val="14"/>
              </w:rPr>
              <w:t>41</w:t>
            </w:r>
          </w:p>
        </w:tc>
        <w:tc>
          <w:tcPr>
            <w:tcW w:w="1776" w:type="dxa"/>
            <w:vAlign w:val="center"/>
          </w:tcPr>
          <w:p w14:paraId="1F32A5D2" w14:textId="77777777" w:rsidR="00185DA6" w:rsidRDefault="00FC73C0">
            <w:pPr>
              <w:jc w:val="center"/>
            </w:pPr>
            <w:r>
              <w:rPr>
                <w:sz w:val="14"/>
              </w:rPr>
              <w:t>Stationery / Office Supplies</w:t>
            </w:r>
          </w:p>
        </w:tc>
        <w:tc>
          <w:tcPr>
            <w:tcW w:w="1776" w:type="dxa"/>
            <w:vAlign w:val="center"/>
          </w:tcPr>
          <w:p w14:paraId="75101D5D" w14:textId="77777777" w:rsidR="00185DA6" w:rsidRDefault="00FC73C0">
            <w:pPr>
              <w:jc w:val="center"/>
            </w:pPr>
            <w:r>
              <w:rPr>
                <w:sz w:val="14"/>
              </w:rPr>
              <w:t>Box White Board Markers</w:t>
            </w:r>
          </w:p>
        </w:tc>
        <w:tc>
          <w:tcPr>
            <w:tcW w:w="1776" w:type="dxa"/>
            <w:vAlign w:val="center"/>
          </w:tcPr>
          <w:p w14:paraId="06436A3B" w14:textId="6782D63A" w:rsidR="00185DA6" w:rsidRDefault="00185DA6">
            <w:pPr>
              <w:jc w:val="center"/>
            </w:pPr>
          </w:p>
        </w:tc>
        <w:tc>
          <w:tcPr>
            <w:tcW w:w="1776" w:type="dxa"/>
            <w:vAlign w:val="center"/>
          </w:tcPr>
          <w:p w14:paraId="634F0D35" w14:textId="77777777" w:rsidR="00185DA6" w:rsidRDefault="00185DA6">
            <w:pPr>
              <w:jc w:val="center"/>
            </w:pPr>
          </w:p>
        </w:tc>
        <w:tc>
          <w:tcPr>
            <w:tcW w:w="1776" w:type="dxa"/>
            <w:vAlign w:val="center"/>
          </w:tcPr>
          <w:p w14:paraId="6ABA97CC" w14:textId="77777777" w:rsidR="00185DA6" w:rsidRDefault="00185DA6">
            <w:pPr>
              <w:jc w:val="center"/>
            </w:pPr>
          </w:p>
        </w:tc>
      </w:tr>
      <w:tr w:rsidR="00185DA6" w14:paraId="36DA963D" w14:textId="77777777">
        <w:trPr>
          <w:jc w:val="center"/>
        </w:trPr>
        <w:tc>
          <w:tcPr>
            <w:tcW w:w="1776" w:type="dxa"/>
            <w:vAlign w:val="center"/>
          </w:tcPr>
          <w:p w14:paraId="260AC4F7" w14:textId="77777777" w:rsidR="00185DA6" w:rsidRDefault="00FC73C0">
            <w:pPr>
              <w:jc w:val="center"/>
            </w:pPr>
            <w:r>
              <w:rPr>
                <w:sz w:val="14"/>
              </w:rPr>
              <w:t>42</w:t>
            </w:r>
          </w:p>
        </w:tc>
        <w:tc>
          <w:tcPr>
            <w:tcW w:w="1776" w:type="dxa"/>
            <w:vAlign w:val="center"/>
          </w:tcPr>
          <w:p w14:paraId="0632F566" w14:textId="77777777" w:rsidR="00185DA6" w:rsidRDefault="00FC73C0">
            <w:pPr>
              <w:jc w:val="center"/>
            </w:pPr>
            <w:r>
              <w:rPr>
                <w:sz w:val="14"/>
              </w:rPr>
              <w:t>Stationery / Office Supplies</w:t>
            </w:r>
          </w:p>
        </w:tc>
        <w:tc>
          <w:tcPr>
            <w:tcW w:w="1776" w:type="dxa"/>
            <w:vAlign w:val="center"/>
          </w:tcPr>
          <w:p w14:paraId="6BFD1056" w14:textId="77777777" w:rsidR="00185DA6" w:rsidRDefault="00FC73C0">
            <w:pPr>
              <w:jc w:val="center"/>
            </w:pPr>
            <w:r>
              <w:rPr>
                <w:sz w:val="14"/>
              </w:rPr>
              <w:t>Box Permanent Marker</w:t>
            </w:r>
          </w:p>
        </w:tc>
        <w:tc>
          <w:tcPr>
            <w:tcW w:w="1776" w:type="dxa"/>
            <w:vAlign w:val="center"/>
          </w:tcPr>
          <w:p w14:paraId="66689B9E" w14:textId="21616037" w:rsidR="00185DA6" w:rsidRDefault="00185DA6">
            <w:pPr>
              <w:jc w:val="center"/>
            </w:pPr>
          </w:p>
        </w:tc>
        <w:tc>
          <w:tcPr>
            <w:tcW w:w="1776" w:type="dxa"/>
            <w:vAlign w:val="center"/>
          </w:tcPr>
          <w:p w14:paraId="5626D749" w14:textId="77777777" w:rsidR="00185DA6" w:rsidRDefault="00185DA6">
            <w:pPr>
              <w:jc w:val="center"/>
            </w:pPr>
          </w:p>
        </w:tc>
        <w:tc>
          <w:tcPr>
            <w:tcW w:w="1776" w:type="dxa"/>
            <w:vAlign w:val="center"/>
          </w:tcPr>
          <w:p w14:paraId="2B1DF206" w14:textId="77777777" w:rsidR="00185DA6" w:rsidRDefault="00185DA6">
            <w:pPr>
              <w:jc w:val="center"/>
            </w:pPr>
          </w:p>
        </w:tc>
      </w:tr>
      <w:tr w:rsidR="00185DA6" w14:paraId="424E2E7C" w14:textId="77777777">
        <w:trPr>
          <w:jc w:val="center"/>
        </w:trPr>
        <w:tc>
          <w:tcPr>
            <w:tcW w:w="1776" w:type="dxa"/>
            <w:vAlign w:val="center"/>
          </w:tcPr>
          <w:p w14:paraId="7AC275A1" w14:textId="77777777" w:rsidR="00185DA6" w:rsidRDefault="00FC73C0">
            <w:pPr>
              <w:jc w:val="center"/>
            </w:pPr>
            <w:r>
              <w:rPr>
                <w:sz w:val="14"/>
              </w:rPr>
              <w:t>43</w:t>
            </w:r>
          </w:p>
        </w:tc>
        <w:tc>
          <w:tcPr>
            <w:tcW w:w="1776" w:type="dxa"/>
            <w:vAlign w:val="center"/>
          </w:tcPr>
          <w:p w14:paraId="112788AB" w14:textId="77777777" w:rsidR="00185DA6" w:rsidRDefault="00FC73C0">
            <w:pPr>
              <w:jc w:val="center"/>
            </w:pPr>
            <w:r>
              <w:rPr>
                <w:sz w:val="14"/>
              </w:rPr>
              <w:t>Stationery / Office Supplies</w:t>
            </w:r>
          </w:p>
        </w:tc>
        <w:tc>
          <w:tcPr>
            <w:tcW w:w="1776" w:type="dxa"/>
            <w:vAlign w:val="center"/>
          </w:tcPr>
          <w:p w14:paraId="34B2C03E" w14:textId="77777777" w:rsidR="00185DA6" w:rsidRDefault="00FC73C0">
            <w:pPr>
              <w:jc w:val="center"/>
            </w:pPr>
            <w:r>
              <w:rPr>
                <w:sz w:val="14"/>
              </w:rPr>
              <w:t>Box Pencil Erasers</w:t>
            </w:r>
          </w:p>
        </w:tc>
        <w:tc>
          <w:tcPr>
            <w:tcW w:w="1776" w:type="dxa"/>
            <w:vAlign w:val="center"/>
          </w:tcPr>
          <w:p w14:paraId="4885E63C" w14:textId="2FB4DC19" w:rsidR="00185DA6" w:rsidRDefault="00185DA6">
            <w:pPr>
              <w:jc w:val="center"/>
            </w:pPr>
          </w:p>
        </w:tc>
        <w:tc>
          <w:tcPr>
            <w:tcW w:w="1776" w:type="dxa"/>
            <w:vAlign w:val="center"/>
          </w:tcPr>
          <w:p w14:paraId="53DE7239" w14:textId="77777777" w:rsidR="00185DA6" w:rsidRDefault="00185DA6">
            <w:pPr>
              <w:jc w:val="center"/>
            </w:pPr>
          </w:p>
        </w:tc>
        <w:tc>
          <w:tcPr>
            <w:tcW w:w="1776" w:type="dxa"/>
            <w:vAlign w:val="center"/>
          </w:tcPr>
          <w:p w14:paraId="17D0DA2A" w14:textId="77777777" w:rsidR="00185DA6" w:rsidRDefault="00185DA6">
            <w:pPr>
              <w:jc w:val="center"/>
            </w:pPr>
          </w:p>
        </w:tc>
      </w:tr>
      <w:tr w:rsidR="00185DA6" w14:paraId="198DED23" w14:textId="77777777">
        <w:trPr>
          <w:jc w:val="center"/>
        </w:trPr>
        <w:tc>
          <w:tcPr>
            <w:tcW w:w="1776" w:type="dxa"/>
            <w:vAlign w:val="center"/>
          </w:tcPr>
          <w:p w14:paraId="4C5A31D9" w14:textId="77777777" w:rsidR="00185DA6" w:rsidRDefault="00FC73C0">
            <w:pPr>
              <w:jc w:val="center"/>
            </w:pPr>
            <w:r>
              <w:rPr>
                <w:sz w:val="14"/>
              </w:rPr>
              <w:t>44</w:t>
            </w:r>
          </w:p>
        </w:tc>
        <w:tc>
          <w:tcPr>
            <w:tcW w:w="1776" w:type="dxa"/>
            <w:vAlign w:val="center"/>
          </w:tcPr>
          <w:p w14:paraId="3B3733C4" w14:textId="77777777" w:rsidR="00185DA6" w:rsidRDefault="00FC73C0">
            <w:pPr>
              <w:jc w:val="center"/>
            </w:pPr>
            <w:r>
              <w:rPr>
                <w:sz w:val="14"/>
              </w:rPr>
              <w:t>Stationery / Office Supplies</w:t>
            </w:r>
          </w:p>
        </w:tc>
        <w:tc>
          <w:tcPr>
            <w:tcW w:w="1776" w:type="dxa"/>
            <w:vAlign w:val="center"/>
          </w:tcPr>
          <w:p w14:paraId="4FC9A930" w14:textId="77777777" w:rsidR="00185DA6" w:rsidRDefault="00FC73C0">
            <w:pPr>
              <w:jc w:val="center"/>
            </w:pPr>
            <w:r>
              <w:rPr>
                <w:sz w:val="14"/>
              </w:rPr>
              <w:t>Packets Pencils</w:t>
            </w:r>
          </w:p>
        </w:tc>
        <w:tc>
          <w:tcPr>
            <w:tcW w:w="1776" w:type="dxa"/>
            <w:vAlign w:val="center"/>
          </w:tcPr>
          <w:p w14:paraId="066C7F1E" w14:textId="03CA1F37" w:rsidR="00185DA6" w:rsidRDefault="00185DA6">
            <w:pPr>
              <w:jc w:val="center"/>
            </w:pPr>
          </w:p>
        </w:tc>
        <w:tc>
          <w:tcPr>
            <w:tcW w:w="1776" w:type="dxa"/>
            <w:vAlign w:val="center"/>
          </w:tcPr>
          <w:p w14:paraId="0B554BDD" w14:textId="77777777" w:rsidR="00185DA6" w:rsidRDefault="00185DA6">
            <w:pPr>
              <w:jc w:val="center"/>
            </w:pPr>
          </w:p>
        </w:tc>
        <w:tc>
          <w:tcPr>
            <w:tcW w:w="1776" w:type="dxa"/>
            <w:vAlign w:val="center"/>
          </w:tcPr>
          <w:p w14:paraId="624C05F8" w14:textId="77777777" w:rsidR="00185DA6" w:rsidRDefault="00185DA6">
            <w:pPr>
              <w:jc w:val="center"/>
            </w:pPr>
          </w:p>
        </w:tc>
      </w:tr>
      <w:tr w:rsidR="00185DA6" w14:paraId="2E020C8C" w14:textId="77777777">
        <w:trPr>
          <w:jc w:val="center"/>
        </w:trPr>
        <w:tc>
          <w:tcPr>
            <w:tcW w:w="1776" w:type="dxa"/>
            <w:vAlign w:val="center"/>
          </w:tcPr>
          <w:p w14:paraId="74CF1CB9" w14:textId="77777777" w:rsidR="00185DA6" w:rsidRDefault="00FC73C0">
            <w:pPr>
              <w:jc w:val="center"/>
            </w:pPr>
            <w:r>
              <w:rPr>
                <w:sz w:val="14"/>
              </w:rPr>
              <w:t>45</w:t>
            </w:r>
          </w:p>
        </w:tc>
        <w:tc>
          <w:tcPr>
            <w:tcW w:w="1776" w:type="dxa"/>
            <w:vAlign w:val="center"/>
          </w:tcPr>
          <w:p w14:paraId="488DCA36" w14:textId="77777777" w:rsidR="00185DA6" w:rsidRDefault="00FC73C0">
            <w:pPr>
              <w:jc w:val="center"/>
            </w:pPr>
            <w:r>
              <w:rPr>
                <w:sz w:val="14"/>
              </w:rPr>
              <w:t>Printing / Reprographic Materials</w:t>
            </w:r>
          </w:p>
        </w:tc>
        <w:tc>
          <w:tcPr>
            <w:tcW w:w="1776" w:type="dxa"/>
            <w:vAlign w:val="center"/>
          </w:tcPr>
          <w:p w14:paraId="02934DC4" w14:textId="77777777" w:rsidR="00185DA6" w:rsidRDefault="00FC73C0">
            <w:pPr>
              <w:jc w:val="center"/>
            </w:pPr>
            <w:r>
              <w:rPr>
                <w:sz w:val="14"/>
              </w:rPr>
              <w:t>PVC Plastic Binding Sheet A4 Packets</w:t>
            </w:r>
          </w:p>
        </w:tc>
        <w:tc>
          <w:tcPr>
            <w:tcW w:w="1776" w:type="dxa"/>
            <w:vAlign w:val="center"/>
          </w:tcPr>
          <w:p w14:paraId="681B0B01" w14:textId="7C1C37AD" w:rsidR="00185DA6" w:rsidRDefault="00185DA6">
            <w:pPr>
              <w:jc w:val="center"/>
            </w:pPr>
          </w:p>
        </w:tc>
        <w:tc>
          <w:tcPr>
            <w:tcW w:w="1776" w:type="dxa"/>
            <w:vAlign w:val="center"/>
          </w:tcPr>
          <w:p w14:paraId="7082050C" w14:textId="77777777" w:rsidR="00185DA6" w:rsidRDefault="00185DA6">
            <w:pPr>
              <w:jc w:val="center"/>
            </w:pPr>
          </w:p>
        </w:tc>
        <w:tc>
          <w:tcPr>
            <w:tcW w:w="1776" w:type="dxa"/>
            <w:vAlign w:val="center"/>
          </w:tcPr>
          <w:p w14:paraId="47088C7A" w14:textId="77777777" w:rsidR="00185DA6" w:rsidRDefault="00185DA6">
            <w:pPr>
              <w:jc w:val="center"/>
            </w:pPr>
          </w:p>
        </w:tc>
      </w:tr>
      <w:tr w:rsidR="00185DA6" w14:paraId="2ECA5F02" w14:textId="77777777">
        <w:trPr>
          <w:jc w:val="center"/>
        </w:trPr>
        <w:tc>
          <w:tcPr>
            <w:tcW w:w="1776" w:type="dxa"/>
            <w:vAlign w:val="center"/>
          </w:tcPr>
          <w:p w14:paraId="1FA823BD" w14:textId="77777777" w:rsidR="00185DA6" w:rsidRDefault="00FC73C0">
            <w:pPr>
              <w:jc w:val="center"/>
            </w:pPr>
            <w:r>
              <w:rPr>
                <w:sz w:val="14"/>
              </w:rPr>
              <w:t>46</w:t>
            </w:r>
          </w:p>
        </w:tc>
        <w:tc>
          <w:tcPr>
            <w:tcW w:w="1776" w:type="dxa"/>
            <w:vAlign w:val="center"/>
          </w:tcPr>
          <w:p w14:paraId="106FCB13" w14:textId="77777777" w:rsidR="00185DA6" w:rsidRDefault="00FC73C0">
            <w:pPr>
              <w:jc w:val="center"/>
            </w:pPr>
            <w:r>
              <w:rPr>
                <w:sz w:val="14"/>
              </w:rPr>
              <w:t>Stationery / Office Supplies</w:t>
            </w:r>
          </w:p>
        </w:tc>
        <w:tc>
          <w:tcPr>
            <w:tcW w:w="1776" w:type="dxa"/>
            <w:vAlign w:val="center"/>
          </w:tcPr>
          <w:p w14:paraId="2BCE6155" w14:textId="77777777" w:rsidR="00185DA6" w:rsidRDefault="00FC73C0">
            <w:pPr>
              <w:jc w:val="center"/>
            </w:pPr>
            <w:r>
              <w:rPr>
                <w:sz w:val="14"/>
              </w:rPr>
              <w:t>Post-it Notes 3x3</w:t>
            </w:r>
          </w:p>
        </w:tc>
        <w:tc>
          <w:tcPr>
            <w:tcW w:w="1776" w:type="dxa"/>
            <w:vAlign w:val="center"/>
          </w:tcPr>
          <w:p w14:paraId="2778D405" w14:textId="0CD2E71D" w:rsidR="00185DA6" w:rsidRDefault="00185DA6">
            <w:pPr>
              <w:jc w:val="center"/>
            </w:pPr>
          </w:p>
        </w:tc>
        <w:tc>
          <w:tcPr>
            <w:tcW w:w="1776" w:type="dxa"/>
            <w:vAlign w:val="center"/>
          </w:tcPr>
          <w:p w14:paraId="616A8AFF" w14:textId="77777777" w:rsidR="00185DA6" w:rsidRDefault="00185DA6">
            <w:pPr>
              <w:jc w:val="center"/>
            </w:pPr>
          </w:p>
        </w:tc>
        <w:tc>
          <w:tcPr>
            <w:tcW w:w="1776" w:type="dxa"/>
            <w:vAlign w:val="center"/>
          </w:tcPr>
          <w:p w14:paraId="4F6347E8" w14:textId="77777777" w:rsidR="00185DA6" w:rsidRDefault="00185DA6">
            <w:pPr>
              <w:jc w:val="center"/>
            </w:pPr>
          </w:p>
        </w:tc>
      </w:tr>
      <w:tr w:rsidR="00185DA6" w14:paraId="18372D7C" w14:textId="77777777">
        <w:trPr>
          <w:jc w:val="center"/>
        </w:trPr>
        <w:tc>
          <w:tcPr>
            <w:tcW w:w="1776" w:type="dxa"/>
            <w:vAlign w:val="center"/>
          </w:tcPr>
          <w:p w14:paraId="24AB8D65" w14:textId="77777777" w:rsidR="00185DA6" w:rsidRDefault="00FC73C0">
            <w:pPr>
              <w:jc w:val="center"/>
            </w:pPr>
            <w:r>
              <w:rPr>
                <w:sz w:val="14"/>
              </w:rPr>
              <w:t>47</w:t>
            </w:r>
          </w:p>
        </w:tc>
        <w:tc>
          <w:tcPr>
            <w:tcW w:w="1776" w:type="dxa"/>
            <w:vAlign w:val="center"/>
          </w:tcPr>
          <w:p w14:paraId="645C21F9" w14:textId="77777777" w:rsidR="00185DA6" w:rsidRDefault="00FC73C0">
            <w:pPr>
              <w:jc w:val="center"/>
            </w:pPr>
            <w:r>
              <w:rPr>
                <w:sz w:val="14"/>
              </w:rPr>
              <w:t>Printing / Reprographic Materials</w:t>
            </w:r>
          </w:p>
        </w:tc>
        <w:tc>
          <w:tcPr>
            <w:tcW w:w="1776" w:type="dxa"/>
            <w:vAlign w:val="center"/>
          </w:tcPr>
          <w:p w14:paraId="3D9035D5" w14:textId="77777777" w:rsidR="00185DA6" w:rsidRDefault="00FC73C0">
            <w:pPr>
              <w:jc w:val="center"/>
            </w:pPr>
            <w:r>
              <w:rPr>
                <w:sz w:val="14"/>
              </w:rPr>
              <w:t>Toner Cartridges HP 79A</w:t>
            </w:r>
          </w:p>
        </w:tc>
        <w:tc>
          <w:tcPr>
            <w:tcW w:w="1776" w:type="dxa"/>
            <w:vAlign w:val="center"/>
          </w:tcPr>
          <w:p w14:paraId="606E0731" w14:textId="18E0CBFA" w:rsidR="00185DA6" w:rsidRDefault="00185DA6">
            <w:pPr>
              <w:jc w:val="center"/>
            </w:pPr>
          </w:p>
        </w:tc>
        <w:tc>
          <w:tcPr>
            <w:tcW w:w="1776" w:type="dxa"/>
            <w:vAlign w:val="center"/>
          </w:tcPr>
          <w:p w14:paraId="7816C255" w14:textId="77777777" w:rsidR="00185DA6" w:rsidRDefault="00185DA6">
            <w:pPr>
              <w:jc w:val="center"/>
            </w:pPr>
          </w:p>
        </w:tc>
        <w:tc>
          <w:tcPr>
            <w:tcW w:w="1776" w:type="dxa"/>
            <w:vAlign w:val="center"/>
          </w:tcPr>
          <w:p w14:paraId="1C2A276C" w14:textId="77777777" w:rsidR="00185DA6" w:rsidRDefault="00185DA6">
            <w:pPr>
              <w:jc w:val="center"/>
            </w:pPr>
          </w:p>
        </w:tc>
      </w:tr>
      <w:tr w:rsidR="00185DA6" w14:paraId="26A5DEBC" w14:textId="77777777">
        <w:trPr>
          <w:jc w:val="center"/>
        </w:trPr>
        <w:tc>
          <w:tcPr>
            <w:tcW w:w="1776" w:type="dxa"/>
            <w:vAlign w:val="center"/>
          </w:tcPr>
          <w:p w14:paraId="17D899F5" w14:textId="77777777" w:rsidR="00185DA6" w:rsidRDefault="00FC73C0">
            <w:pPr>
              <w:jc w:val="center"/>
            </w:pPr>
            <w:r>
              <w:rPr>
                <w:sz w:val="14"/>
              </w:rPr>
              <w:t>48</w:t>
            </w:r>
          </w:p>
        </w:tc>
        <w:tc>
          <w:tcPr>
            <w:tcW w:w="1776" w:type="dxa"/>
            <w:vAlign w:val="center"/>
          </w:tcPr>
          <w:p w14:paraId="6B971069" w14:textId="77777777" w:rsidR="00185DA6" w:rsidRDefault="00FC73C0">
            <w:pPr>
              <w:jc w:val="center"/>
            </w:pPr>
            <w:r>
              <w:rPr>
                <w:sz w:val="14"/>
              </w:rPr>
              <w:t>Stationery / Office Supplies</w:t>
            </w:r>
          </w:p>
        </w:tc>
        <w:tc>
          <w:tcPr>
            <w:tcW w:w="1776" w:type="dxa"/>
            <w:vAlign w:val="center"/>
          </w:tcPr>
          <w:p w14:paraId="1D5D8621" w14:textId="77777777" w:rsidR="00185DA6" w:rsidRDefault="00FC73C0">
            <w:pPr>
              <w:jc w:val="center"/>
            </w:pPr>
            <w:r>
              <w:rPr>
                <w:sz w:val="14"/>
              </w:rPr>
              <w:t>Green Note Portion Pads</w:t>
            </w:r>
          </w:p>
        </w:tc>
        <w:tc>
          <w:tcPr>
            <w:tcW w:w="1776" w:type="dxa"/>
            <w:vAlign w:val="center"/>
          </w:tcPr>
          <w:p w14:paraId="27EF6EBD" w14:textId="651955AE" w:rsidR="00185DA6" w:rsidRDefault="00185DA6">
            <w:pPr>
              <w:jc w:val="center"/>
            </w:pPr>
          </w:p>
        </w:tc>
        <w:tc>
          <w:tcPr>
            <w:tcW w:w="1776" w:type="dxa"/>
            <w:vAlign w:val="center"/>
          </w:tcPr>
          <w:p w14:paraId="27781ED4" w14:textId="77777777" w:rsidR="00185DA6" w:rsidRDefault="00185DA6">
            <w:pPr>
              <w:jc w:val="center"/>
            </w:pPr>
          </w:p>
        </w:tc>
        <w:tc>
          <w:tcPr>
            <w:tcW w:w="1776" w:type="dxa"/>
            <w:vAlign w:val="center"/>
          </w:tcPr>
          <w:p w14:paraId="46438082" w14:textId="77777777" w:rsidR="00185DA6" w:rsidRDefault="00185DA6">
            <w:pPr>
              <w:jc w:val="center"/>
            </w:pPr>
          </w:p>
        </w:tc>
      </w:tr>
      <w:tr w:rsidR="00185DA6" w14:paraId="49FD6876" w14:textId="77777777">
        <w:trPr>
          <w:jc w:val="center"/>
        </w:trPr>
        <w:tc>
          <w:tcPr>
            <w:tcW w:w="1776" w:type="dxa"/>
            <w:vAlign w:val="center"/>
          </w:tcPr>
          <w:p w14:paraId="445E8E2A" w14:textId="77777777" w:rsidR="00185DA6" w:rsidRDefault="00FC73C0">
            <w:pPr>
              <w:jc w:val="center"/>
            </w:pPr>
            <w:r>
              <w:rPr>
                <w:sz w:val="14"/>
              </w:rPr>
              <w:t>49</w:t>
            </w:r>
          </w:p>
        </w:tc>
        <w:tc>
          <w:tcPr>
            <w:tcW w:w="1776" w:type="dxa"/>
            <w:vAlign w:val="center"/>
          </w:tcPr>
          <w:p w14:paraId="7A80C01D" w14:textId="77777777" w:rsidR="00185DA6" w:rsidRDefault="00FC73C0">
            <w:pPr>
              <w:jc w:val="center"/>
            </w:pPr>
            <w:r>
              <w:rPr>
                <w:sz w:val="14"/>
              </w:rPr>
              <w:t>Printing / Reprographic Materials</w:t>
            </w:r>
          </w:p>
        </w:tc>
        <w:tc>
          <w:tcPr>
            <w:tcW w:w="1776" w:type="dxa"/>
            <w:vAlign w:val="center"/>
          </w:tcPr>
          <w:p w14:paraId="38571717" w14:textId="77777777" w:rsidR="00185DA6" w:rsidRDefault="00FC73C0">
            <w:pPr>
              <w:jc w:val="center"/>
            </w:pPr>
            <w:r>
              <w:rPr>
                <w:sz w:val="14"/>
              </w:rPr>
              <w:t>Reams Paper Legal 80 gsm Paperone</w:t>
            </w:r>
          </w:p>
        </w:tc>
        <w:tc>
          <w:tcPr>
            <w:tcW w:w="1776" w:type="dxa"/>
            <w:vAlign w:val="center"/>
          </w:tcPr>
          <w:p w14:paraId="001D9F42" w14:textId="4266EA78" w:rsidR="00185DA6" w:rsidRDefault="00185DA6">
            <w:pPr>
              <w:jc w:val="center"/>
            </w:pPr>
          </w:p>
        </w:tc>
        <w:tc>
          <w:tcPr>
            <w:tcW w:w="1776" w:type="dxa"/>
            <w:vAlign w:val="center"/>
          </w:tcPr>
          <w:p w14:paraId="0B73488C" w14:textId="77777777" w:rsidR="00185DA6" w:rsidRDefault="00185DA6">
            <w:pPr>
              <w:jc w:val="center"/>
            </w:pPr>
          </w:p>
        </w:tc>
        <w:tc>
          <w:tcPr>
            <w:tcW w:w="1776" w:type="dxa"/>
            <w:vAlign w:val="center"/>
          </w:tcPr>
          <w:p w14:paraId="60B2E4B9" w14:textId="77777777" w:rsidR="00185DA6" w:rsidRDefault="00185DA6">
            <w:pPr>
              <w:jc w:val="center"/>
            </w:pPr>
          </w:p>
        </w:tc>
      </w:tr>
      <w:tr w:rsidR="00185DA6" w14:paraId="3B266D42" w14:textId="77777777">
        <w:trPr>
          <w:jc w:val="center"/>
        </w:trPr>
        <w:tc>
          <w:tcPr>
            <w:tcW w:w="1776" w:type="dxa"/>
            <w:vAlign w:val="center"/>
          </w:tcPr>
          <w:p w14:paraId="199D4A91" w14:textId="77777777" w:rsidR="00185DA6" w:rsidRDefault="00FC73C0">
            <w:pPr>
              <w:jc w:val="center"/>
            </w:pPr>
            <w:r>
              <w:rPr>
                <w:sz w:val="14"/>
              </w:rPr>
              <w:t>50</w:t>
            </w:r>
          </w:p>
        </w:tc>
        <w:tc>
          <w:tcPr>
            <w:tcW w:w="1776" w:type="dxa"/>
            <w:vAlign w:val="center"/>
          </w:tcPr>
          <w:p w14:paraId="42424C08" w14:textId="77777777" w:rsidR="00185DA6" w:rsidRDefault="00FC73C0">
            <w:pPr>
              <w:jc w:val="center"/>
            </w:pPr>
            <w:r>
              <w:rPr>
                <w:sz w:val="14"/>
              </w:rPr>
              <w:t>Stationery / Office Supplies</w:t>
            </w:r>
          </w:p>
        </w:tc>
        <w:tc>
          <w:tcPr>
            <w:tcW w:w="1776" w:type="dxa"/>
            <w:vAlign w:val="center"/>
          </w:tcPr>
          <w:p w14:paraId="046BA0F5" w14:textId="77777777" w:rsidR="00185DA6" w:rsidRDefault="00FC73C0">
            <w:pPr>
              <w:jc w:val="center"/>
            </w:pPr>
            <w:r>
              <w:rPr>
                <w:sz w:val="14"/>
              </w:rPr>
              <w:t>White Board Medium 2x3</w:t>
            </w:r>
          </w:p>
        </w:tc>
        <w:tc>
          <w:tcPr>
            <w:tcW w:w="1776" w:type="dxa"/>
            <w:vAlign w:val="center"/>
          </w:tcPr>
          <w:p w14:paraId="300A8682" w14:textId="013DE779" w:rsidR="00185DA6" w:rsidRDefault="00185DA6">
            <w:pPr>
              <w:jc w:val="center"/>
            </w:pPr>
          </w:p>
        </w:tc>
        <w:tc>
          <w:tcPr>
            <w:tcW w:w="1776" w:type="dxa"/>
            <w:vAlign w:val="center"/>
          </w:tcPr>
          <w:p w14:paraId="1ED70936" w14:textId="77777777" w:rsidR="00185DA6" w:rsidRDefault="00185DA6">
            <w:pPr>
              <w:jc w:val="center"/>
            </w:pPr>
          </w:p>
        </w:tc>
        <w:tc>
          <w:tcPr>
            <w:tcW w:w="1776" w:type="dxa"/>
            <w:vAlign w:val="center"/>
          </w:tcPr>
          <w:p w14:paraId="3A892A3E" w14:textId="77777777" w:rsidR="00185DA6" w:rsidRDefault="00185DA6">
            <w:pPr>
              <w:jc w:val="center"/>
            </w:pPr>
          </w:p>
        </w:tc>
      </w:tr>
      <w:tr w:rsidR="00185DA6" w14:paraId="1AD52AB4" w14:textId="77777777">
        <w:trPr>
          <w:jc w:val="center"/>
        </w:trPr>
        <w:tc>
          <w:tcPr>
            <w:tcW w:w="1776" w:type="dxa"/>
            <w:vAlign w:val="center"/>
          </w:tcPr>
          <w:p w14:paraId="4C3A438F" w14:textId="77777777" w:rsidR="00185DA6" w:rsidRDefault="00FC73C0">
            <w:pPr>
              <w:jc w:val="center"/>
            </w:pPr>
            <w:r>
              <w:rPr>
                <w:sz w:val="14"/>
              </w:rPr>
              <w:t>51</w:t>
            </w:r>
          </w:p>
        </w:tc>
        <w:tc>
          <w:tcPr>
            <w:tcW w:w="1776" w:type="dxa"/>
            <w:vAlign w:val="center"/>
          </w:tcPr>
          <w:p w14:paraId="723EA2D5" w14:textId="77777777" w:rsidR="00185DA6" w:rsidRDefault="00FC73C0">
            <w:pPr>
              <w:jc w:val="center"/>
            </w:pPr>
            <w:r>
              <w:rPr>
                <w:sz w:val="14"/>
              </w:rPr>
              <w:t>Stationery / Office Supplies</w:t>
            </w:r>
          </w:p>
        </w:tc>
        <w:tc>
          <w:tcPr>
            <w:tcW w:w="1776" w:type="dxa"/>
            <w:vAlign w:val="center"/>
          </w:tcPr>
          <w:p w14:paraId="67F9B612" w14:textId="77777777" w:rsidR="00185DA6" w:rsidRDefault="00FC73C0">
            <w:pPr>
              <w:jc w:val="center"/>
            </w:pPr>
            <w:r>
              <w:rPr>
                <w:sz w:val="14"/>
              </w:rPr>
              <w:t>Scissors</w:t>
            </w:r>
          </w:p>
        </w:tc>
        <w:tc>
          <w:tcPr>
            <w:tcW w:w="1776" w:type="dxa"/>
            <w:vAlign w:val="center"/>
          </w:tcPr>
          <w:p w14:paraId="71CAB192" w14:textId="0D1D2AA2" w:rsidR="00185DA6" w:rsidRDefault="00185DA6">
            <w:pPr>
              <w:jc w:val="center"/>
            </w:pPr>
          </w:p>
        </w:tc>
        <w:tc>
          <w:tcPr>
            <w:tcW w:w="1776" w:type="dxa"/>
            <w:vAlign w:val="center"/>
          </w:tcPr>
          <w:p w14:paraId="080B1080" w14:textId="77777777" w:rsidR="00185DA6" w:rsidRDefault="00185DA6">
            <w:pPr>
              <w:jc w:val="center"/>
            </w:pPr>
          </w:p>
        </w:tc>
        <w:tc>
          <w:tcPr>
            <w:tcW w:w="1776" w:type="dxa"/>
            <w:vAlign w:val="center"/>
          </w:tcPr>
          <w:p w14:paraId="2B84A5B0" w14:textId="77777777" w:rsidR="00185DA6" w:rsidRDefault="00185DA6">
            <w:pPr>
              <w:jc w:val="center"/>
            </w:pPr>
          </w:p>
        </w:tc>
      </w:tr>
      <w:tr w:rsidR="005A249E" w14:paraId="4369557A" w14:textId="77777777">
        <w:trPr>
          <w:jc w:val="center"/>
        </w:trPr>
        <w:tc>
          <w:tcPr>
            <w:tcW w:w="1776" w:type="dxa"/>
            <w:vAlign w:val="center"/>
          </w:tcPr>
          <w:p w14:paraId="1663333F" w14:textId="3072F29D" w:rsidR="005A249E" w:rsidRDefault="005A249E">
            <w:pPr>
              <w:jc w:val="center"/>
              <w:rPr>
                <w:sz w:val="14"/>
              </w:rPr>
            </w:pPr>
            <w:r>
              <w:rPr>
                <w:sz w:val="14"/>
              </w:rPr>
              <w:t>52</w:t>
            </w:r>
          </w:p>
        </w:tc>
        <w:tc>
          <w:tcPr>
            <w:tcW w:w="1776" w:type="dxa"/>
            <w:vAlign w:val="center"/>
          </w:tcPr>
          <w:p w14:paraId="76B1C4E9" w14:textId="32DF7959" w:rsidR="005A249E" w:rsidRDefault="005A249E">
            <w:pPr>
              <w:jc w:val="center"/>
              <w:rPr>
                <w:sz w:val="14"/>
              </w:rPr>
            </w:pPr>
            <w:r>
              <w:rPr>
                <w:sz w:val="14"/>
              </w:rPr>
              <w:t xml:space="preserve">Printing/Reprographic Materials </w:t>
            </w:r>
          </w:p>
        </w:tc>
        <w:tc>
          <w:tcPr>
            <w:tcW w:w="1776" w:type="dxa"/>
            <w:vAlign w:val="center"/>
          </w:tcPr>
          <w:p w14:paraId="1CDC145C" w14:textId="03522D10" w:rsidR="005A249E" w:rsidRDefault="005A249E">
            <w:pPr>
              <w:jc w:val="center"/>
              <w:rPr>
                <w:sz w:val="14"/>
              </w:rPr>
            </w:pPr>
            <w:r>
              <w:rPr>
                <w:sz w:val="14"/>
              </w:rPr>
              <w:t>Photo Frames Medium Size</w:t>
            </w:r>
          </w:p>
        </w:tc>
        <w:tc>
          <w:tcPr>
            <w:tcW w:w="1776" w:type="dxa"/>
            <w:vAlign w:val="center"/>
          </w:tcPr>
          <w:p w14:paraId="4205CEAF" w14:textId="77777777" w:rsidR="005A249E" w:rsidRDefault="005A249E">
            <w:pPr>
              <w:jc w:val="center"/>
            </w:pPr>
          </w:p>
        </w:tc>
        <w:tc>
          <w:tcPr>
            <w:tcW w:w="1776" w:type="dxa"/>
            <w:vAlign w:val="center"/>
          </w:tcPr>
          <w:p w14:paraId="73D6F16D" w14:textId="77777777" w:rsidR="005A249E" w:rsidRDefault="005A249E">
            <w:pPr>
              <w:jc w:val="center"/>
            </w:pPr>
          </w:p>
        </w:tc>
        <w:tc>
          <w:tcPr>
            <w:tcW w:w="1776" w:type="dxa"/>
            <w:vAlign w:val="center"/>
          </w:tcPr>
          <w:p w14:paraId="17F8EB58" w14:textId="77777777" w:rsidR="005A249E" w:rsidRDefault="005A249E">
            <w:pPr>
              <w:jc w:val="center"/>
            </w:pPr>
          </w:p>
        </w:tc>
      </w:tr>
      <w:tr w:rsidR="005A249E" w14:paraId="17998D17" w14:textId="77777777">
        <w:trPr>
          <w:jc w:val="center"/>
        </w:trPr>
        <w:tc>
          <w:tcPr>
            <w:tcW w:w="1776" w:type="dxa"/>
            <w:vAlign w:val="center"/>
          </w:tcPr>
          <w:p w14:paraId="7A7F2A0E" w14:textId="70641E31" w:rsidR="005A249E" w:rsidRDefault="005A249E">
            <w:pPr>
              <w:jc w:val="center"/>
              <w:rPr>
                <w:sz w:val="14"/>
              </w:rPr>
            </w:pPr>
            <w:r>
              <w:rPr>
                <w:sz w:val="14"/>
              </w:rPr>
              <w:t>53</w:t>
            </w:r>
          </w:p>
        </w:tc>
        <w:tc>
          <w:tcPr>
            <w:tcW w:w="1776" w:type="dxa"/>
            <w:vAlign w:val="center"/>
          </w:tcPr>
          <w:p w14:paraId="7B7D4E06" w14:textId="14362BDF" w:rsidR="005A249E" w:rsidRDefault="005A249E">
            <w:pPr>
              <w:jc w:val="center"/>
              <w:rPr>
                <w:sz w:val="14"/>
              </w:rPr>
            </w:pPr>
            <w:r>
              <w:rPr>
                <w:sz w:val="14"/>
              </w:rPr>
              <w:t xml:space="preserve">Printing material </w:t>
            </w:r>
          </w:p>
        </w:tc>
        <w:tc>
          <w:tcPr>
            <w:tcW w:w="1776" w:type="dxa"/>
            <w:vAlign w:val="center"/>
          </w:tcPr>
          <w:p w14:paraId="11272E99" w14:textId="358964B7" w:rsidR="005A249E" w:rsidRDefault="005A249E">
            <w:pPr>
              <w:jc w:val="center"/>
              <w:rPr>
                <w:sz w:val="14"/>
              </w:rPr>
            </w:pPr>
            <w:r>
              <w:rPr>
                <w:sz w:val="14"/>
              </w:rPr>
              <w:t>Banners</w:t>
            </w:r>
          </w:p>
        </w:tc>
        <w:tc>
          <w:tcPr>
            <w:tcW w:w="1776" w:type="dxa"/>
            <w:vAlign w:val="center"/>
          </w:tcPr>
          <w:p w14:paraId="27336525" w14:textId="77777777" w:rsidR="005A249E" w:rsidRDefault="005A249E">
            <w:pPr>
              <w:jc w:val="center"/>
            </w:pPr>
          </w:p>
        </w:tc>
        <w:tc>
          <w:tcPr>
            <w:tcW w:w="1776" w:type="dxa"/>
            <w:vAlign w:val="center"/>
          </w:tcPr>
          <w:p w14:paraId="79BC13CE" w14:textId="77777777" w:rsidR="005A249E" w:rsidRDefault="005A249E">
            <w:pPr>
              <w:jc w:val="center"/>
            </w:pPr>
          </w:p>
        </w:tc>
        <w:tc>
          <w:tcPr>
            <w:tcW w:w="1776" w:type="dxa"/>
            <w:vAlign w:val="center"/>
          </w:tcPr>
          <w:p w14:paraId="3F50BE19" w14:textId="77777777" w:rsidR="005A249E" w:rsidRDefault="005A249E">
            <w:pPr>
              <w:jc w:val="center"/>
            </w:pPr>
          </w:p>
        </w:tc>
      </w:tr>
      <w:tr w:rsidR="005A249E" w14:paraId="4DAEAB6F" w14:textId="77777777">
        <w:trPr>
          <w:jc w:val="center"/>
        </w:trPr>
        <w:tc>
          <w:tcPr>
            <w:tcW w:w="1776" w:type="dxa"/>
            <w:vAlign w:val="center"/>
          </w:tcPr>
          <w:p w14:paraId="74F6636E" w14:textId="5BF6530B" w:rsidR="005A249E" w:rsidRDefault="005A249E">
            <w:pPr>
              <w:jc w:val="center"/>
              <w:rPr>
                <w:sz w:val="14"/>
              </w:rPr>
            </w:pPr>
            <w:r>
              <w:rPr>
                <w:sz w:val="14"/>
              </w:rPr>
              <w:t>54</w:t>
            </w:r>
          </w:p>
        </w:tc>
        <w:tc>
          <w:tcPr>
            <w:tcW w:w="1776" w:type="dxa"/>
            <w:vAlign w:val="center"/>
          </w:tcPr>
          <w:p w14:paraId="2B5158B7" w14:textId="1DD52AB4" w:rsidR="005A249E" w:rsidRDefault="005A249E">
            <w:pPr>
              <w:jc w:val="center"/>
              <w:rPr>
                <w:sz w:val="14"/>
              </w:rPr>
            </w:pPr>
            <w:r>
              <w:rPr>
                <w:sz w:val="14"/>
              </w:rPr>
              <w:t>Standee</w:t>
            </w:r>
          </w:p>
        </w:tc>
        <w:tc>
          <w:tcPr>
            <w:tcW w:w="1776" w:type="dxa"/>
            <w:vAlign w:val="center"/>
          </w:tcPr>
          <w:p w14:paraId="6AC531BB" w14:textId="485AB6E3" w:rsidR="005A249E" w:rsidRDefault="005A249E">
            <w:pPr>
              <w:jc w:val="center"/>
              <w:rPr>
                <w:sz w:val="14"/>
              </w:rPr>
            </w:pPr>
            <w:r>
              <w:rPr>
                <w:sz w:val="14"/>
              </w:rPr>
              <w:t>Different Size</w:t>
            </w:r>
          </w:p>
        </w:tc>
        <w:tc>
          <w:tcPr>
            <w:tcW w:w="1776" w:type="dxa"/>
            <w:vAlign w:val="center"/>
          </w:tcPr>
          <w:p w14:paraId="2A11B730" w14:textId="77777777" w:rsidR="005A249E" w:rsidRDefault="005A249E">
            <w:pPr>
              <w:jc w:val="center"/>
            </w:pPr>
          </w:p>
        </w:tc>
        <w:tc>
          <w:tcPr>
            <w:tcW w:w="1776" w:type="dxa"/>
            <w:vAlign w:val="center"/>
          </w:tcPr>
          <w:p w14:paraId="04AD87C7" w14:textId="77777777" w:rsidR="005A249E" w:rsidRDefault="005A249E">
            <w:pPr>
              <w:jc w:val="center"/>
            </w:pPr>
          </w:p>
        </w:tc>
        <w:tc>
          <w:tcPr>
            <w:tcW w:w="1776" w:type="dxa"/>
            <w:vAlign w:val="center"/>
          </w:tcPr>
          <w:p w14:paraId="103EA0E2" w14:textId="77777777" w:rsidR="005A249E" w:rsidRDefault="005A249E">
            <w:pPr>
              <w:jc w:val="center"/>
            </w:pPr>
          </w:p>
        </w:tc>
      </w:tr>
    </w:tbl>
    <w:p w14:paraId="2A5174CC" w14:textId="77777777" w:rsidR="00185DA6" w:rsidRDefault="00185DA6">
      <w:pPr>
        <w:spacing w:after="100"/>
      </w:pPr>
    </w:p>
    <w:p w14:paraId="11FA707B" w14:textId="77777777" w:rsidR="00185DA6" w:rsidRDefault="00FC73C0">
      <w:pPr>
        <w:spacing w:after="100"/>
      </w:pPr>
      <w:r>
        <w:rPr>
          <w:b/>
        </w:rPr>
        <w:t>SUPPLIER’S QUOTATION DECLARATION</w:t>
      </w:r>
    </w:p>
    <w:p w14:paraId="4FB9E544" w14:textId="5298F063" w:rsidR="00185DA6" w:rsidRDefault="00FC73C0">
      <w:pPr>
        <w:spacing w:after="100"/>
      </w:pPr>
      <w:r>
        <w:t>We, the undersigned, confirm that we have examined the RFQ requirements and schedule, and offer to supply the listed Goods in conformity with the RFQ requirements at the prices stated above</w:t>
      </w:r>
      <w:r w:rsidR="005A249E">
        <w:t xml:space="preserve"> for period of </w:t>
      </w:r>
      <w:r w:rsidR="005A249E" w:rsidRPr="005A249E">
        <w:rPr>
          <w:b/>
          <w:bCs/>
        </w:rPr>
        <w:t xml:space="preserve">06 </w:t>
      </w:r>
      <w:r w:rsidR="005A249E">
        <w:t>months</w:t>
      </w:r>
      <w:r>
        <w:t>. We confirm that our quotation is valid for the period stated in the RFQ and that we have disclosed any conflict of interest and will comply with applicable anti-corruption and procurement requirements.</w:t>
      </w:r>
    </w:p>
    <w:tbl>
      <w:tblPr>
        <w:tblStyle w:val="TableGrid"/>
        <w:tblW w:w="0" w:type="auto"/>
        <w:jc w:val="center"/>
        <w:tblLook w:val="04A0" w:firstRow="1" w:lastRow="0" w:firstColumn="1" w:lastColumn="0" w:noHBand="0" w:noVBand="1"/>
      </w:tblPr>
      <w:tblGrid>
        <w:gridCol w:w="5322"/>
        <w:gridCol w:w="5324"/>
      </w:tblGrid>
      <w:tr w:rsidR="00185DA6" w14:paraId="7DCD421A" w14:textId="77777777">
        <w:trPr>
          <w:jc w:val="center"/>
        </w:trPr>
        <w:tc>
          <w:tcPr>
            <w:tcW w:w="5328" w:type="dxa"/>
            <w:vAlign w:val="center"/>
          </w:tcPr>
          <w:p w14:paraId="299D3F97" w14:textId="77777777" w:rsidR="00185DA6" w:rsidRDefault="00FC73C0">
            <w:pPr>
              <w:jc w:val="center"/>
            </w:pPr>
            <w:r>
              <w:rPr>
                <w:b/>
                <w:sz w:val="18"/>
              </w:rPr>
              <w:t>Supplier/Firm Name</w:t>
            </w:r>
          </w:p>
        </w:tc>
        <w:tc>
          <w:tcPr>
            <w:tcW w:w="5328" w:type="dxa"/>
            <w:vAlign w:val="center"/>
          </w:tcPr>
          <w:p w14:paraId="109D4E30" w14:textId="77777777" w:rsidR="00185DA6" w:rsidRDefault="00FC73C0">
            <w:pPr>
              <w:jc w:val="center"/>
            </w:pPr>
            <w:r>
              <w:rPr>
                <w:sz w:val="18"/>
              </w:rPr>
              <w:t>____________________________________________</w:t>
            </w:r>
          </w:p>
        </w:tc>
      </w:tr>
      <w:tr w:rsidR="00185DA6" w14:paraId="64B80560" w14:textId="77777777">
        <w:trPr>
          <w:jc w:val="center"/>
        </w:trPr>
        <w:tc>
          <w:tcPr>
            <w:tcW w:w="5328" w:type="dxa"/>
            <w:vAlign w:val="center"/>
          </w:tcPr>
          <w:p w14:paraId="466DE844" w14:textId="77777777" w:rsidR="00185DA6" w:rsidRDefault="00FC73C0">
            <w:pPr>
              <w:jc w:val="center"/>
            </w:pPr>
            <w:r>
              <w:rPr>
                <w:b/>
                <w:sz w:val="18"/>
              </w:rPr>
              <w:t>Authorized Representative</w:t>
            </w:r>
          </w:p>
        </w:tc>
        <w:tc>
          <w:tcPr>
            <w:tcW w:w="5328" w:type="dxa"/>
            <w:vAlign w:val="center"/>
          </w:tcPr>
          <w:p w14:paraId="01744642" w14:textId="77777777" w:rsidR="00185DA6" w:rsidRDefault="00FC73C0">
            <w:pPr>
              <w:jc w:val="center"/>
            </w:pPr>
            <w:r>
              <w:rPr>
                <w:sz w:val="18"/>
              </w:rPr>
              <w:t>____________________________________________</w:t>
            </w:r>
          </w:p>
        </w:tc>
      </w:tr>
      <w:tr w:rsidR="00185DA6" w14:paraId="7F0F72E0" w14:textId="77777777">
        <w:trPr>
          <w:jc w:val="center"/>
        </w:trPr>
        <w:tc>
          <w:tcPr>
            <w:tcW w:w="5328" w:type="dxa"/>
            <w:vAlign w:val="center"/>
          </w:tcPr>
          <w:p w14:paraId="02B324F2" w14:textId="77777777" w:rsidR="00185DA6" w:rsidRDefault="00FC73C0">
            <w:pPr>
              <w:jc w:val="center"/>
            </w:pPr>
            <w:r>
              <w:rPr>
                <w:b/>
                <w:sz w:val="18"/>
              </w:rPr>
              <w:t>CNIC / Designation</w:t>
            </w:r>
          </w:p>
        </w:tc>
        <w:tc>
          <w:tcPr>
            <w:tcW w:w="5328" w:type="dxa"/>
            <w:vAlign w:val="center"/>
          </w:tcPr>
          <w:p w14:paraId="2D9D1A87" w14:textId="77777777" w:rsidR="00185DA6" w:rsidRDefault="00FC73C0">
            <w:pPr>
              <w:jc w:val="center"/>
            </w:pPr>
            <w:r>
              <w:rPr>
                <w:sz w:val="18"/>
              </w:rPr>
              <w:t>____________________________________________</w:t>
            </w:r>
          </w:p>
        </w:tc>
      </w:tr>
      <w:tr w:rsidR="00185DA6" w14:paraId="0500840E" w14:textId="77777777">
        <w:trPr>
          <w:jc w:val="center"/>
        </w:trPr>
        <w:tc>
          <w:tcPr>
            <w:tcW w:w="5328" w:type="dxa"/>
            <w:vAlign w:val="center"/>
          </w:tcPr>
          <w:p w14:paraId="0EB6F74F" w14:textId="77777777" w:rsidR="00185DA6" w:rsidRDefault="00FC73C0">
            <w:pPr>
              <w:jc w:val="center"/>
            </w:pPr>
            <w:r>
              <w:rPr>
                <w:b/>
                <w:sz w:val="18"/>
              </w:rPr>
              <w:t>Signature &amp; Stamp</w:t>
            </w:r>
          </w:p>
        </w:tc>
        <w:tc>
          <w:tcPr>
            <w:tcW w:w="5328" w:type="dxa"/>
            <w:vAlign w:val="center"/>
          </w:tcPr>
          <w:p w14:paraId="1C3A55F6" w14:textId="77777777" w:rsidR="00185DA6" w:rsidRDefault="00FC73C0">
            <w:pPr>
              <w:jc w:val="center"/>
            </w:pPr>
            <w:r>
              <w:rPr>
                <w:sz w:val="18"/>
              </w:rPr>
              <w:t>____________________________________________</w:t>
            </w:r>
          </w:p>
        </w:tc>
      </w:tr>
      <w:tr w:rsidR="00185DA6" w14:paraId="5E985617" w14:textId="77777777">
        <w:trPr>
          <w:jc w:val="center"/>
        </w:trPr>
        <w:tc>
          <w:tcPr>
            <w:tcW w:w="5328" w:type="dxa"/>
            <w:vAlign w:val="center"/>
          </w:tcPr>
          <w:p w14:paraId="7FD6BDB6" w14:textId="77777777" w:rsidR="00185DA6" w:rsidRDefault="00FC73C0">
            <w:pPr>
              <w:jc w:val="center"/>
            </w:pPr>
            <w:r>
              <w:rPr>
                <w:b/>
                <w:sz w:val="18"/>
              </w:rPr>
              <w:t>Date</w:t>
            </w:r>
          </w:p>
        </w:tc>
        <w:tc>
          <w:tcPr>
            <w:tcW w:w="5328" w:type="dxa"/>
            <w:vAlign w:val="center"/>
          </w:tcPr>
          <w:p w14:paraId="6C38EAE5" w14:textId="77777777" w:rsidR="00185DA6" w:rsidRDefault="00FC73C0">
            <w:pPr>
              <w:jc w:val="center"/>
            </w:pPr>
            <w:r>
              <w:rPr>
                <w:sz w:val="18"/>
              </w:rPr>
              <w:t>____________________________________________</w:t>
            </w:r>
          </w:p>
        </w:tc>
      </w:tr>
    </w:tbl>
    <w:p w14:paraId="152B96C9" w14:textId="77777777" w:rsidR="00185DA6" w:rsidRDefault="00FC73C0">
      <w:r>
        <w:br w:type="page"/>
      </w:r>
    </w:p>
    <w:p w14:paraId="44445C1C" w14:textId="77777777" w:rsidR="00185DA6" w:rsidRDefault="00FC73C0">
      <w:pPr>
        <w:jc w:val="center"/>
      </w:pPr>
      <w:r>
        <w:rPr>
          <w:b/>
          <w:sz w:val="24"/>
        </w:rPr>
        <w:lastRenderedPageBreak/>
        <w:t>ADMINISTRATIVE CHECKLIST FOR EVALUATION</w:t>
      </w:r>
    </w:p>
    <w:p w14:paraId="0D8E75C4" w14:textId="77777777" w:rsidR="00185DA6" w:rsidRDefault="00FC73C0">
      <w:r>
        <w:t>☐</w:t>
      </w:r>
      <w:r>
        <w:t xml:space="preserve"> Quotation received before the deadline and in the required sealed envelope.</w:t>
      </w:r>
    </w:p>
    <w:p w14:paraId="2D48A0A5" w14:textId="77777777" w:rsidR="00185DA6" w:rsidRDefault="00FC73C0">
      <w:r>
        <w:t>☐</w:t>
      </w:r>
      <w:r>
        <w:t xml:space="preserve"> Quotation signed/stamped by an authorized representative.</w:t>
      </w:r>
    </w:p>
    <w:p w14:paraId="56479582" w14:textId="77777777" w:rsidR="00185DA6" w:rsidRDefault="00FC73C0">
      <w:r>
        <w:t>☐</w:t>
      </w:r>
      <w:r>
        <w:t xml:space="preserve"> Prices quoted in PKR with unit and total prices completed.</w:t>
      </w:r>
    </w:p>
    <w:p w14:paraId="133F8594" w14:textId="77777777" w:rsidR="00185DA6" w:rsidRDefault="00FC73C0">
      <w:r>
        <w:t>☐</w:t>
      </w:r>
      <w:r>
        <w:t xml:space="preserve"> Quotation validity stated and compliant.</w:t>
      </w:r>
    </w:p>
    <w:p w14:paraId="06F44115" w14:textId="77777777" w:rsidR="00185DA6" w:rsidRDefault="00FC73C0">
      <w:r>
        <w:t>☐</w:t>
      </w:r>
      <w:r>
        <w:t xml:space="preserve"> Delivery period stated and compliant with the RFQ requirement.</w:t>
      </w:r>
    </w:p>
    <w:p w14:paraId="63716C96" w14:textId="77777777" w:rsidR="00185DA6" w:rsidRDefault="00FC73C0">
      <w:r>
        <w:t>☐</w:t>
      </w:r>
      <w:r>
        <w:t xml:space="preserve"> All required items priced (or any permitted partial quotation clearly identified).</w:t>
      </w:r>
    </w:p>
    <w:p w14:paraId="115FABE8" w14:textId="77777777" w:rsidR="00185DA6" w:rsidRDefault="00FC73C0">
      <w:r>
        <w:t>☐</w:t>
      </w:r>
      <w:r>
        <w:t xml:space="preserve"> Taxes and delivery/handling costs clearly stated.</w:t>
      </w:r>
    </w:p>
    <w:p w14:paraId="1E52AEF6" w14:textId="77777777" w:rsidR="00185DA6" w:rsidRDefault="00FC73C0">
      <w:r>
        <w:t>☐</w:t>
      </w:r>
      <w:r>
        <w:t xml:space="preserve"> No material deviation from the required specifications/description.</w:t>
      </w:r>
    </w:p>
    <w:p w14:paraId="650ED860" w14:textId="77777777" w:rsidR="00185DA6" w:rsidRDefault="00FC73C0">
      <w:r>
        <w:t>☐</w:t>
      </w:r>
      <w:r>
        <w:t xml:space="preserve"> Supplier eligibility / conflict of interest / sanctions checks completed as applicable.</w:t>
      </w:r>
    </w:p>
    <w:p w14:paraId="058FBFE2" w14:textId="77777777" w:rsidR="00185DA6" w:rsidRDefault="00FC73C0">
      <w:r>
        <w:t>☐</w:t>
      </w:r>
      <w:r>
        <w:t xml:space="preserve"> Arithmetic checked and evaluated total established.</w:t>
      </w:r>
    </w:p>
    <w:p w14:paraId="76C0EEE1" w14:textId="77777777" w:rsidR="00185DA6" w:rsidRDefault="00FC73C0">
      <w:r>
        <w:rPr>
          <w:b/>
        </w:rPr>
        <w:t>NOTE ON ATTACHED SOURCE MATERIAL</w:t>
      </w:r>
    </w:p>
    <w:p w14:paraId="62992D44" w14:textId="77777777" w:rsidR="00185DA6" w:rsidRDefault="00FC73C0">
      <w:r>
        <w:t>The attached scans are supplier stationery bills and contain stationery, office accessories, hygiene/cleaning supplies and several printing/reprographic-related items. No separate, clearly identified list of custom printed products (e.g., letterheads, envelopes with project logo, forms, brochures) was visible in the scans. Accordingly, no unsupported printing items have been invented. The printing/reprographic items identifiable in the scans have been classified under that category in the schedule.</w:t>
      </w:r>
    </w:p>
    <w:p w14:paraId="296A698A" w14:textId="77777777" w:rsidR="00185DA6" w:rsidRDefault="00FC73C0">
      <w:r>
        <w:rPr>
          <w:b/>
        </w:rPr>
        <w:t xml:space="preserve">World Bank basis: </w:t>
      </w:r>
      <w:r>
        <w:t>This RFQ format follows the current World Bank Procurement Regulations for IPF Borrowers, Seventh Edition (September 2025), Annex XII, Section 5, which requires the RFQ to state description, quantity, delivery period/location, deadline and evaluation/award criteria, and to maintain records of the RFQ process.</w:t>
      </w:r>
    </w:p>
    <w:sectPr w:rsidR="00185DA6" w:rsidSect="00034616">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26298286">
    <w:abstractNumId w:val="8"/>
  </w:num>
  <w:num w:numId="2" w16cid:durableId="2139834086">
    <w:abstractNumId w:val="6"/>
  </w:num>
  <w:num w:numId="3" w16cid:durableId="486869487">
    <w:abstractNumId w:val="5"/>
  </w:num>
  <w:num w:numId="4" w16cid:durableId="1360738156">
    <w:abstractNumId w:val="4"/>
  </w:num>
  <w:num w:numId="5" w16cid:durableId="506486138">
    <w:abstractNumId w:val="7"/>
  </w:num>
  <w:num w:numId="6" w16cid:durableId="1445467726">
    <w:abstractNumId w:val="3"/>
  </w:num>
  <w:num w:numId="7" w16cid:durableId="1859538400">
    <w:abstractNumId w:val="2"/>
  </w:num>
  <w:num w:numId="8" w16cid:durableId="681516328">
    <w:abstractNumId w:val="1"/>
  </w:num>
  <w:num w:numId="9" w16cid:durableId="1034039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48F1"/>
    <w:rsid w:val="0015074B"/>
    <w:rsid w:val="00185DA6"/>
    <w:rsid w:val="00226377"/>
    <w:rsid w:val="0029639D"/>
    <w:rsid w:val="00326F90"/>
    <w:rsid w:val="005A249E"/>
    <w:rsid w:val="00AA1D8D"/>
    <w:rsid w:val="00B47730"/>
    <w:rsid w:val="00CB0664"/>
    <w:rsid w:val="00FC693F"/>
    <w:rsid w:val="00FC73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62AD92"/>
  <w14:defaultImageDpi w14:val="300"/>
  <w15:docId w15:val="{1AC6E61B-F5E1-4BA6-86BF-460319635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1455</Words>
  <Characters>8295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9731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Baloch Dinar</cp:lastModifiedBy>
  <cp:revision>2</cp:revision>
  <dcterms:created xsi:type="dcterms:W3CDTF">2026-08-28T08:07:00Z</dcterms:created>
  <dcterms:modified xsi:type="dcterms:W3CDTF">2026-08-28T08:07:00Z</dcterms:modified>
  <cp:category/>
</cp:coreProperties>
</file>